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92D" w:rsidRPr="0093248B" w:rsidRDefault="00A43F36">
      <w:pPr>
        <w:spacing w:after="20" w:line="264" w:lineRule="auto"/>
        <w:jc w:val="center"/>
        <w:rPr>
          <w:sz w:val="28"/>
          <w:lang w:eastAsia="zh-TW"/>
        </w:rPr>
      </w:pPr>
      <w:r w:rsidRPr="0093248B">
        <w:rPr>
          <w:rFonts w:ascii="微軟正黑體" w:eastAsia="微軟正黑體" w:hAnsi="微軟正黑體"/>
          <w:b/>
          <w:color w:val="1E3A8A"/>
          <w:sz w:val="36"/>
          <w:lang w:eastAsia="zh-TW"/>
        </w:rPr>
        <w:t>115學年度第一學期【家長能力檢定測驗】孩子學科能力測驗</w:t>
      </w:r>
    </w:p>
    <w:p w:rsidR="0082492D" w:rsidRPr="0093248B" w:rsidRDefault="00A43F36">
      <w:pPr>
        <w:spacing w:after="40" w:line="264" w:lineRule="auto"/>
        <w:jc w:val="center"/>
        <w:rPr>
          <w:sz w:val="28"/>
          <w:lang w:eastAsia="zh-TW"/>
        </w:rPr>
      </w:pPr>
      <w:r w:rsidRPr="0093248B">
        <w:rPr>
          <w:rFonts w:ascii="微軟正黑體" w:eastAsia="微軟正黑體" w:hAnsi="微軟正黑體"/>
          <w:sz w:val="20"/>
          <w:lang w:eastAsia="zh-TW"/>
        </w:rPr>
        <w:t xml:space="preserve">親師座談會特別企劃 </w:t>
      </w:r>
      <w:proofErr w:type="gramStart"/>
      <w:r w:rsidRPr="0093248B">
        <w:rPr>
          <w:rFonts w:ascii="微軟正黑體" w:eastAsia="微軟正黑體" w:hAnsi="微軟正黑體"/>
          <w:sz w:val="20"/>
          <w:lang w:eastAsia="zh-TW"/>
        </w:rPr>
        <w:t>｜</w:t>
      </w:r>
      <w:proofErr w:type="gramEnd"/>
      <w:r w:rsidRPr="0093248B">
        <w:rPr>
          <w:rFonts w:ascii="微軟正黑體" w:eastAsia="微軟正黑體" w:hAnsi="微軟正黑體"/>
          <w:sz w:val="20"/>
          <w:lang w:eastAsia="zh-TW"/>
        </w:rPr>
        <w:t xml:space="preserve"> 考試科目：孩子知多少默契大考驗 </w:t>
      </w:r>
      <w:proofErr w:type="gramStart"/>
      <w:r w:rsidRPr="0093248B">
        <w:rPr>
          <w:rFonts w:ascii="微軟正黑體" w:eastAsia="微軟正黑體" w:hAnsi="微軟正黑體"/>
          <w:sz w:val="20"/>
          <w:lang w:eastAsia="zh-TW"/>
        </w:rPr>
        <w:t>｜</w:t>
      </w:r>
      <w:proofErr w:type="gramEnd"/>
      <w:r w:rsidRPr="0093248B">
        <w:rPr>
          <w:rFonts w:ascii="微軟正黑體" w:eastAsia="微軟正黑體" w:hAnsi="微軟正黑體"/>
          <w:sz w:val="20"/>
          <w:lang w:eastAsia="zh-TW"/>
        </w:rPr>
        <w:t xml:space="preserve"> 應試時限：15分鐘 </w:t>
      </w:r>
      <w:proofErr w:type="gramStart"/>
      <w:r w:rsidRPr="0093248B">
        <w:rPr>
          <w:rFonts w:ascii="微軟正黑體" w:eastAsia="微軟正黑體" w:hAnsi="微軟正黑體"/>
          <w:sz w:val="20"/>
          <w:lang w:eastAsia="zh-TW"/>
        </w:rPr>
        <w:t>｜</w:t>
      </w:r>
      <w:proofErr w:type="gramEnd"/>
      <w:r w:rsidRPr="0093248B">
        <w:rPr>
          <w:rFonts w:ascii="微軟正黑體" w:eastAsia="微軟正黑體" w:hAnsi="微軟正黑體"/>
          <w:sz w:val="20"/>
          <w:lang w:eastAsia="zh-TW"/>
        </w:rPr>
        <w:t xml:space="preserve"> 命題中心：</w:t>
      </w:r>
      <w:r w:rsidR="0003023A">
        <w:rPr>
          <w:rFonts w:ascii="微軟正黑體" w:eastAsia="微軟正黑體" w:hAnsi="微軟正黑體" w:hint="eastAsia"/>
          <w:sz w:val="20"/>
          <w:lang w:eastAsia="zh-TW"/>
        </w:rPr>
        <w:t>○○○○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43"/>
        <w:gridCol w:w="3288"/>
      </w:tblGrid>
      <w:tr w:rsidR="0082492D" w:rsidRPr="0093248B">
        <w:trPr>
          <w:cantSplit/>
          <w:jc w:val="center"/>
        </w:trPr>
        <w:tc>
          <w:tcPr>
            <w:tcW w:w="7143" w:type="dxa"/>
            <w:tcBorders>
              <w:top w:val="single" w:sz="6" w:space="0" w:color="94A3B8"/>
              <w:left w:val="single" w:sz="6" w:space="0" w:color="94A3B8"/>
              <w:bottom w:val="single" w:sz="6" w:space="0" w:color="94A3B8"/>
              <w:right w:val="single" w:sz="6" w:space="0" w:color="94A3B8"/>
            </w:tcBorders>
            <w:shd w:val="clear" w:color="auto" w:fill="F1F5F9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82492D" w:rsidRPr="0093248B" w:rsidRDefault="00A43F36">
            <w:pPr>
              <w:spacing w:after="0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【出題主考官】</w:t>
            </w:r>
            <w:r w:rsidRPr="0093248B">
              <w:rPr>
                <w:rFonts w:ascii="微軟正黑體" w:eastAsia="微軟正黑體" w:hAnsi="微軟正黑體"/>
                <w:b/>
                <w:color w:val="1E293B"/>
                <w:lang w:eastAsia="zh-TW"/>
              </w:rPr>
              <w:t>學生姓名：</w:t>
            </w:r>
            <w:r w:rsidRPr="0093248B">
              <w:rPr>
                <w:rFonts w:ascii="微軟正黑體" w:eastAsia="微軟正黑體" w:hAnsi="微軟正黑體"/>
                <w:color w:val="1E293B"/>
                <w:lang w:eastAsia="zh-TW"/>
              </w:rPr>
              <w:t xml:space="preserve">______________　</w:t>
            </w:r>
            <w:r w:rsidRPr="0093248B">
              <w:rPr>
                <w:rFonts w:ascii="微軟正黑體" w:eastAsia="微軟正黑體" w:hAnsi="微軟正黑體"/>
                <w:b/>
                <w:color w:val="1E293B"/>
                <w:lang w:eastAsia="zh-TW"/>
              </w:rPr>
              <w:t>座號：</w:t>
            </w:r>
            <w:r w:rsidRPr="0093248B">
              <w:rPr>
                <w:rFonts w:ascii="微軟正黑體" w:eastAsia="微軟正黑體" w:hAnsi="微軟正黑體"/>
                <w:color w:val="1E293B"/>
                <w:lang w:eastAsia="zh-TW"/>
              </w:rPr>
              <w:t>_____ 號</w:t>
            </w:r>
          </w:p>
        </w:tc>
        <w:tc>
          <w:tcPr>
            <w:tcW w:w="3288" w:type="dxa"/>
            <w:vMerge w:val="restart"/>
            <w:tcBorders>
              <w:top w:val="single" w:sz="6" w:space="0" w:color="94A3B8"/>
              <w:left w:val="single" w:sz="6" w:space="0" w:color="94A3B8"/>
              <w:bottom w:val="single" w:sz="6" w:space="0" w:color="94A3B8"/>
              <w:right w:val="single" w:sz="6" w:space="0" w:color="94A3B8"/>
            </w:tcBorders>
            <w:shd w:val="clear" w:color="auto" w:fill="F1F5F9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82492D" w:rsidRPr="0093248B" w:rsidRDefault="00A43F36">
            <w:pPr>
              <w:spacing w:before="20" w:after="0" w:line="264" w:lineRule="auto"/>
              <w:jc w:val="center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20"/>
                <w:lang w:eastAsia="zh-TW"/>
              </w:rPr>
              <w:t>總 得 分（滿分100）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20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b/>
                <w:color w:val="B91C1C"/>
                <w:sz w:val="32"/>
                <w:lang w:eastAsia="zh-TW"/>
              </w:rPr>
              <w:t>【　　　　　】分</w:t>
            </w:r>
            <w:r w:rsidRPr="0093248B">
              <w:rPr>
                <w:rFonts w:ascii="微軟正黑體" w:eastAsia="微軟正黑體" w:hAnsi="微軟正黑體"/>
                <w:b/>
                <w:color w:val="B91C1C"/>
                <w:sz w:val="32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>主考官</w:t>
            </w:r>
            <w:proofErr w:type="gramStart"/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>紅筆核章</w:t>
            </w:r>
            <w:proofErr w:type="gramEnd"/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>：___________</w:t>
            </w:r>
          </w:p>
        </w:tc>
      </w:tr>
      <w:tr w:rsidR="0082492D" w:rsidRPr="0093248B">
        <w:trPr>
          <w:cantSplit/>
          <w:jc w:val="center"/>
        </w:trPr>
        <w:tc>
          <w:tcPr>
            <w:tcW w:w="7143" w:type="dxa"/>
            <w:tcBorders>
              <w:top w:val="single" w:sz="6" w:space="0" w:color="94A3B8"/>
              <w:left w:val="single" w:sz="6" w:space="0" w:color="94A3B8"/>
              <w:bottom w:val="single" w:sz="6" w:space="0" w:color="94A3B8"/>
              <w:right w:val="single" w:sz="6" w:space="0" w:color="94A3B8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82492D" w:rsidRPr="0093248B" w:rsidRDefault="00A43F36">
            <w:pPr>
              <w:spacing w:after="0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【受測受試者】</w:t>
            </w:r>
            <w:r w:rsidRPr="0093248B">
              <w:rPr>
                <w:rFonts w:ascii="微軟正黑體" w:eastAsia="微軟正黑體" w:hAnsi="微軟正黑體"/>
                <w:b/>
                <w:color w:val="1E293B"/>
                <w:lang w:eastAsia="zh-TW"/>
              </w:rPr>
              <w:t>家長姓名：</w:t>
            </w:r>
            <w:r w:rsidRPr="0093248B">
              <w:rPr>
                <w:rFonts w:ascii="微軟正黑體" w:eastAsia="微軟正黑體" w:hAnsi="微軟正黑體"/>
                <w:color w:val="1E293B"/>
                <w:lang w:eastAsia="zh-TW"/>
              </w:rPr>
              <w:t xml:space="preserve">______________　</w:t>
            </w:r>
            <w:r w:rsidRPr="00A43F36">
              <w:rPr>
                <w:rFonts w:ascii="微軟正黑體" w:eastAsia="微軟正黑體" w:hAnsi="微軟正黑體"/>
                <w:sz w:val="20"/>
                <w:lang w:eastAsia="zh-TW"/>
              </w:rPr>
              <w:t>關係：☐ 爸 ☐ 媽 ☐ 其他</w:t>
            </w:r>
          </w:p>
        </w:tc>
        <w:tc>
          <w:tcPr>
            <w:tcW w:w="3288" w:type="dxa"/>
            <w:vMerge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82492D" w:rsidRPr="0093248B" w:rsidRDefault="0082492D">
            <w:pPr>
              <w:rPr>
                <w:sz w:val="28"/>
                <w:lang w:eastAsia="zh-TW"/>
              </w:rPr>
            </w:pPr>
          </w:p>
        </w:tc>
      </w:tr>
    </w:tbl>
    <w:p w:rsidR="0082492D" w:rsidRPr="0093248B" w:rsidRDefault="00A43F36">
      <w:pPr>
        <w:spacing w:before="20" w:after="40" w:line="264" w:lineRule="auto"/>
        <w:rPr>
          <w:sz w:val="40"/>
          <w:lang w:eastAsia="zh-TW"/>
        </w:rPr>
      </w:pPr>
      <w:r w:rsidRPr="0093248B">
        <w:rPr>
          <w:rFonts w:ascii="微軟正黑體" w:eastAsia="微軟正黑體" w:hAnsi="微軟正黑體"/>
          <w:b/>
          <w:sz w:val="24"/>
          <w:lang w:eastAsia="zh-TW"/>
        </w:rPr>
        <w:t>📌 應試須知：</w:t>
      </w:r>
      <w:r w:rsidRPr="0093248B">
        <w:rPr>
          <w:rFonts w:ascii="微軟正黑體" w:eastAsia="微軟正黑體" w:hAnsi="微軟正黑體"/>
          <w:sz w:val="24"/>
          <w:lang w:eastAsia="zh-TW"/>
        </w:rPr>
        <w:t>① 本試卷由貴子弟親自命題，請家長放鬆誠實作答，禁止偷看鄰桌或使用手機求救。 ② 每題</w:t>
      </w:r>
      <w:r w:rsidR="00737DF2">
        <w:rPr>
          <w:rFonts w:ascii="微軟正黑體" w:eastAsia="微軟正黑體" w:hAnsi="微軟正黑體" w:hint="eastAsia"/>
          <w:sz w:val="24"/>
          <w:lang w:eastAsia="zh-TW"/>
        </w:rPr>
        <w:t xml:space="preserve">       </w:t>
      </w:r>
      <w:r w:rsidRPr="0093248B">
        <w:rPr>
          <w:rFonts w:ascii="微軟正黑體" w:eastAsia="微軟正黑體" w:hAnsi="微軟正黑體"/>
          <w:sz w:val="24"/>
          <w:lang w:eastAsia="zh-TW"/>
        </w:rPr>
        <w:t>分</w:t>
      </w:r>
      <w:r w:rsidR="00737DF2">
        <w:rPr>
          <w:rFonts w:ascii="微軟正黑體" w:eastAsia="微軟正黑體" w:hAnsi="微軟正黑體" w:hint="eastAsia"/>
          <w:sz w:val="24"/>
          <w:lang w:eastAsia="zh-TW"/>
        </w:rPr>
        <w:t>。</w:t>
      </w:r>
      <w:r w:rsidRPr="0093248B">
        <w:rPr>
          <w:rFonts w:ascii="微軟正黑體" w:eastAsia="微軟正黑體" w:hAnsi="微軟正黑體"/>
          <w:sz w:val="24"/>
          <w:lang w:eastAsia="zh-TW"/>
        </w:rPr>
        <w:t xml:space="preserve"> ③ 考畢由貴子弟親自以「紅筆嚴格批改並發表評語」！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3"/>
        <w:gridCol w:w="3288"/>
        <w:gridCol w:w="1701"/>
      </w:tblGrid>
      <w:tr w:rsidR="0082492D" w:rsidRPr="0093248B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A43F36" w:rsidP="0093248B">
            <w:pPr>
              <w:spacing w:after="20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第 1 題</w:t>
            </w:r>
            <w:proofErr w:type="spellStart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題目</w:t>
            </w:r>
            <w:proofErr w:type="spellEnd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：</w:t>
            </w:r>
            <w:r w:rsidR="0093248B"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</w:t>
            </w:r>
            <w:r w:rsidR="0093248B"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20"/>
              </w:rPr>
              <w:br/>
              <w:t xml:space="preserve">　　　</w:t>
            </w:r>
          </w:p>
          <w:p w:rsidR="0082492D" w:rsidRPr="0093248B" w:rsidRDefault="0082492D">
            <w:pPr>
              <w:spacing w:after="20" w:line="264" w:lineRule="auto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82492D" w:rsidRPr="0093248B" w:rsidRDefault="00A43F36">
            <w:pPr>
              <w:spacing w:before="20" w:after="0" w:line="264" w:lineRule="auto"/>
              <w:jc w:val="center"/>
              <w:rPr>
                <w:rFonts w:hint="eastAsia"/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 xml:space="preserve">☐ 殘念 </w:t>
            </w:r>
          </w:p>
        </w:tc>
      </w:tr>
      <w:tr w:rsidR="0093248B" w:rsidRPr="0093248B" w:rsidTr="0093248B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457532">
            <w:pPr>
              <w:spacing w:after="20"/>
              <w:rPr>
                <w:rFonts w:ascii="微軟正黑體" w:eastAsia="微軟正黑體" w:hAnsi="微軟正黑體"/>
                <w:b/>
                <w:color w:val="1E3A8A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第 </w:t>
            </w:r>
            <w:r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2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題題目：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  <w:t xml:space="preserve">　　　</w:t>
            </w:r>
          </w:p>
          <w:p w:rsidR="0093248B" w:rsidRPr="0093248B" w:rsidRDefault="0093248B" w:rsidP="0093248B">
            <w:pPr>
              <w:spacing w:after="20"/>
              <w:rPr>
                <w:rFonts w:ascii="微軟正黑體" w:eastAsia="微軟正黑體" w:hAnsi="微軟正黑體"/>
                <w:b/>
                <w:color w:val="1E3A8A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457532">
            <w:pPr>
              <w:spacing w:before="20" w:after="0" w:line="264" w:lineRule="auto"/>
              <w:jc w:val="center"/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93248B" w:rsidRPr="0093248B" w:rsidTr="0093248B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93248B">
            <w:pPr>
              <w:spacing w:after="20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第 </w:t>
            </w:r>
            <w:r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3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題</w:t>
            </w:r>
            <w:proofErr w:type="spellStart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題目</w:t>
            </w:r>
            <w:proofErr w:type="spellEnd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：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20"/>
              </w:rPr>
              <w:br/>
              <w:t xml:space="preserve">　　　</w:t>
            </w:r>
          </w:p>
          <w:p w:rsidR="0093248B" w:rsidRPr="0093248B" w:rsidRDefault="0093248B" w:rsidP="0093248B">
            <w:pPr>
              <w:spacing w:after="20" w:line="264" w:lineRule="auto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93248B">
            <w:pPr>
              <w:spacing w:before="20" w:after="0" w:line="264" w:lineRule="auto"/>
              <w:jc w:val="center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93248B" w:rsidRPr="0093248B" w:rsidTr="00457532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457532">
            <w:pPr>
              <w:spacing w:after="20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第 </w:t>
            </w:r>
            <w:r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4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題</w:t>
            </w:r>
            <w:proofErr w:type="spellStart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題目</w:t>
            </w:r>
            <w:proofErr w:type="spellEnd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：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20"/>
              </w:rPr>
              <w:br/>
              <w:t xml:space="preserve">　　　</w:t>
            </w:r>
          </w:p>
          <w:p w:rsidR="0093248B" w:rsidRPr="0093248B" w:rsidRDefault="0093248B" w:rsidP="00457532">
            <w:pPr>
              <w:spacing w:after="20" w:line="264" w:lineRule="auto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457532">
            <w:pPr>
              <w:spacing w:before="20" w:after="0" w:line="264" w:lineRule="auto"/>
              <w:jc w:val="center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93248B" w:rsidRPr="0093248B" w:rsidTr="00457532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457532">
            <w:pPr>
              <w:spacing w:after="20"/>
              <w:rPr>
                <w:rFonts w:ascii="微軟正黑體" w:eastAsia="微軟正黑體" w:hAnsi="微軟正黑體"/>
                <w:b/>
                <w:color w:val="1E3A8A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第</w:t>
            </w:r>
            <w:r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5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題題目：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  <w:t xml:space="preserve">　　　</w:t>
            </w:r>
          </w:p>
          <w:p w:rsidR="0093248B" w:rsidRPr="0093248B" w:rsidRDefault="0093248B" w:rsidP="00457532">
            <w:pPr>
              <w:spacing w:after="20"/>
              <w:rPr>
                <w:rFonts w:ascii="微軟正黑體" w:eastAsia="微軟正黑體" w:hAnsi="微軟正黑體"/>
                <w:b/>
                <w:color w:val="1E3A8A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457532">
            <w:pPr>
              <w:spacing w:before="20" w:after="0" w:line="264" w:lineRule="auto"/>
              <w:jc w:val="center"/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93248B" w:rsidRPr="0093248B" w:rsidTr="00457532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457532">
            <w:pPr>
              <w:spacing w:after="20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第</w:t>
            </w:r>
            <w:r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6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題</w:t>
            </w:r>
            <w:proofErr w:type="spellStart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題目</w:t>
            </w:r>
            <w:proofErr w:type="spellEnd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：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20"/>
              </w:rPr>
              <w:br/>
              <w:t xml:space="preserve">　　　</w:t>
            </w:r>
          </w:p>
          <w:p w:rsidR="0093248B" w:rsidRPr="0093248B" w:rsidRDefault="0093248B" w:rsidP="00457532">
            <w:pPr>
              <w:spacing w:after="20" w:line="264" w:lineRule="auto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457532">
            <w:pPr>
              <w:spacing w:before="20" w:after="0" w:line="264" w:lineRule="auto"/>
              <w:jc w:val="center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93248B" w:rsidRPr="0093248B" w:rsidTr="00457532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457532">
            <w:pPr>
              <w:spacing w:after="20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lastRenderedPageBreak/>
              <w:t xml:space="preserve">第 </w:t>
            </w:r>
            <w:r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7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題</w:t>
            </w:r>
            <w:proofErr w:type="spellStart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題目</w:t>
            </w:r>
            <w:proofErr w:type="spellEnd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：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20"/>
              </w:rPr>
              <w:br/>
              <w:t xml:space="preserve">　　　</w:t>
            </w:r>
          </w:p>
          <w:p w:rsidR="0093248B" w:rsidRPr="0093248B" w:rsidRDefault="0093248B" w:rsidP="00457532">
            <w:pPr>
              <w:spacing w:after="20" w:line="264" w:lineRule="auto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457532">
            <w:pPr>
              <w:spacing w:before="20" w:after="0" w:line="264" w:lineRule="auto"/>
              <w:jc w:val="center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93248B" w:rsidRPr="0093248B" w:rsidTr="00457532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457532">
            <w:pPr>
              <w:spacing w:after="20"/>
              <w:rPr>
                <w:rFonts w:ascii="微軟正黑體" w:eastAsia="微軟正黑體" w:hAnsi="微軟正黑體"/>
                <w:b/>
                <w:color w:val="1E3A8A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第 </w:t>
            </w:r>
            <w:r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8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題題目：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  <w:t xml:space="preserve">　　　</w:t>
            </w:r>
          </w:p>
          <w:p w:rsidR="0093248B" w:rsidRPr="0093248B" w:rsidRDefault="0093248B" w:rsidP="00457532">
            <w:pPr>
              <w:spacing w:after="20"/>
              <w:rPr>
                <w:rFonts w:ascii="微軟正黑體" w:eastAsia="微軟正黑體" w:hAnsi="微軟正黑體"/>
                <w:b/>
                <w:color w:val="1E3A8A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457532">
            <w:pPr>
              <w:spacing w:before="20" w:after="0" w:line="264" w:lineRule="auto"/>
              <w:jc w:val="center"/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93248B" w:rsidRPr="0093248B" w:rsidTr="00457532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457532">
            <w:pPr>
              <w:spacing w:after="20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第 </w:t>
            </w:r>
            <w:r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9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題</w:t>
            </w:r>
            <w:proofErr w:type="spellStart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題目</w:t>
            </w:r>
            <w:proofErr w:type="spellEnd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：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20"/>
              </w:rPr>
              <w:br/>
              <w:t xml:space="preserve">　　　</w:t>
            </w:r>
          </w:p>
          <w:p w:rsidR="0093248B" w:rsidRPr="0093248B" w:rsidRDefault="0093248B" w:rsidP="00457532">
            <w:pPr>
              <w:spacing w:after="20" w:line="264" w:lineRule="auto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457532">
            <w:pPr>
              <w:spacing w:before="20" w:after="0" w:line="264" w:lineRule="auto"/>
              <w:jc w:val="center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93248B" w:rsidRPr="0093248B" w:rsidTr="00457532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457532">
            <w:pPr>
              <w:spacing w:after="20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第 1 </w:t>
            </w:r>
            <w:r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0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題</w:t>
            </w:r>
            <w:proofErr w:type="spellStart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題目</w:t>
            </w:r>
            <w:proofErr w:type="spellEnd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：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20"/>
              </w:rPr>
              <w:br/>
              <w:t xml:space="preserve">　　　</w:t>
            </w:r>
          </w:p>
          <w:p w:rsidR="0093248B" w:rsidRPr="0093248B" w:rsidRDefault="0093248B" w:rsidP="00457532">
            <w:pPr>
              <w:spacing w:after="20" w:line="264" w:lineRule="auto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457532">
            <w:pPr>
              <w:spacing w:before="20" w:after="0" w:line="264" w:lineRule="auto"/>
              <w:jc w:val="center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93248B" w:rsidRPr="0093248B" w:rsidTr="00457532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457532">
            <w:pPr>
              <w:spacing w:after="20"/>
              <w:rPr>
                <w:rFonts w:ascii="微軟正黑體" w:eastAsia="微軟正黑體" w:hAnsi="微軟正黑體"/>
                <w:b/>
                <w:color w:val="1E3A8A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第 </w:t>
            </w:r>
            <w:r w:rsidR="00737DF2">
              <w:rPr>
                <w:rFonts w:ascii="微軟正黑體" w:eastAsia="微軟正黑體" w:hAnsi="微軟正黑體" w:hint="eastAsia"/>
                <w:b/>
                <w:color w:val="1E3A8A"/>
                <w:lang w:eastAsia="zh-TW"/>
              </w:rPr>
              <w:t xml:space="preserve">   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題題目：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  <w:t xml:space="preserve">　　　</w:t>
            </w:r>
          </w:p>
          <w:p w:rsidR="0093248B" w:rsidRPr="0093248B" w:rsidRDefault="0093248B" w:rsidP="00457532">
            <w:pPr>
              <w:spacing w:after="20"/>
              <w:rPr>
                <w:rFonts w:ascii="微軟正黑體" w:eastAsia="微軟正黑體" w:hAnsi="微軟正黑體"/>
                <w:b/>
                <w:color w:val="1E3A8A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457532">
            <w:pPr>
              <w:spacing w:before="20" w:after="0" w:line="264" w:lineRule="auto"/>
              <w:jc w:val="center"/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93248B" w:rsidRPr="0093248B" w:rsidTr="00457532">
        <w:trPr>
          <w:cantSplit/>
          <w:jc w:val="center"/>
        </w:trPr>
        <w:tc>
          <w:tcPr>
            <w:tcW w:w="8731" w:type="dxa"/>
            <w:gridSpan w:val="2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25" w:type="dxa"/>
              <w:left w:w="60" w:type="dxa"/>
              <w:bottom w:w="25" w:type="dxa"/>
              <w:right w:w="60" w:type="dxa"/>
            </w:tcMar>
          </w:tcPr>
          <w:p w:rsidR="0093248B" w:rsidRPr="0093248B" w:rsidRDefault="0093248B" w:rsidP="00457532">
            <w:pPr>
              <w:spacing w:after="20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>第</w:t>
            </w:r>
            <w:r w:rsidR="00737DF2">
              <w:rPr>
                <w:rFonts w:ascii="微軟正黑體" w:eastAsia="微軟正黑體" w:hAnsi="微軟正黑體" w:hint="eastAsia"/>
                <w:b/>
                <w:color w:val="1E3A8A"/>
                <w:lang w:eastAsia="zh-TW"/>
              </w:rPr>
              <w:t xml:space="preserve">   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題</w:t>
            </w:r>
            <w:proofErr w:type="spellStart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題目</w:t>
            </w:r>
            <w:proofErr w:type="spellEnd"/>
            <w:r w:rsidRPr="0093248B">
              <w:rPr>
                <w:rFonts w:ascii="微軟正黑體" w:eastAsia="微軟正黑體" w:hAnsi="微軟正黑體"/>
                <w:b/>
                <w:color w:val="1E293B"/>
                <w:sz w:val="20"/>
              </w:rPr>
              <w:t>：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t xml:space="preserve"> 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20"/>
              </w:rPr>
              <w:br/>
              <w:t xml:space="preserve">　　　</w:t>
            </w:r>
          </w:p>
          <w:p w:rsidR="0093248B" w:rsidRPr="0093248B" w:rsidRDefault="0093248B" w:rsidP="00457532">
            <w:pPr>
              <w:spacing w:after="20" w:line="264" w:lineRule="auto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93248B" w:rsidRPr="0093248B" w:rsidRDefault="0093248B" w:rsidP="00457532">
            <w:pPr>
              <w:spacing w:before="20" w:after="0" w:line="264" w:lineRule="auto"/>
              <w:jc w:val="center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t>小考官批改</w:t>
            </w:r>
            <w:r w:rsidRPr="0093248B">
              <w:rPr>
                <w:rFonts w:ascii="微軟正黑體" w:eastAsia="微軟正黑體" w:hAnsi="微軟正黑體"/>
                <w:b/>
                <w:color w:val="64748B"/>
                <w:sz w:val="18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t>得分：【　】</w:t>
            </w:r>
            <w:r w:rsidRPr="0093248B">
              <w:rPr>
                <w:rFonts w:ascii="微軟正黑體" w:eastAsia="微軟正黑體" w:hAnsi="微軟正黑體"/>
                <w:b/>
                <w:color w:val="B91C1C"/>
                <w:lang w:eastAsia="zh-TW"/>
              </w:rPr>
              <w:br/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 xml:space="preserve">☐ 正確 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部分</w:t>
            </w:r>
            <w:r w:rsidR="0003023A"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☐ 殘念</w:t>
            </w:r>
          </w:p>
        </w:tc>
      </w:tr>
      <w:tr w:rsidR="0082492D" w:rsidRPr="0093248B">
        <w:trPr>
          <w:cantSplit/>
          <w:jc w:val="center"/>
        </w:trPr>
        <w:tc>
          <w:tcPr>
            <w:tcW w:w="544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82492D" w:rsidRPr="0093248B" w:rsidRDefault="00A43F36">
            <w:pPr>
              <w:spacing w:after="20" w:line="264" w:lineRule="auto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sz w:val="20"/>
                <w:lang w:eastAsia="zh-TW"/>
              </w:rPr>
              <w:t>🏆 小考官評分等級認證（座談會後請依總分勾選）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sz w:val="20"/>
                <w:lang w:eastAsia="zh-TW"/>
              </w:rPr>
              <w:br/>
            </w:r>
          </w:p>
          <w:p w:rsidR="0082492D" w:rsidRPr="0093248B" w:rsidRDefault="00A43F36">
            <w:pPr>
              <w:spacing w:after="20" w:line="252" w:lineRule="auto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293B"/>
                <w:sz w:val="18"/>
                <w:lang w:eastAsia="zh-TW"/>
              </w:rPr>
              <w:t xml:space="preserve">☐ 90～100 分【心靈相通神仙級】 </w:t>
            </w: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>你們是我肚子裡的蛔蟲！週末請吃布丁！</w:t>
            </w:r>
          </w:p>
          <w:p w:rsidR="0082492D" w:rsidRPr="0093248B" w:rsidRDefault="00A43F36">
            <w:pPr>
              <w:spacing w:after="20" w:line="252" w:lineRule="auto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293B"/>
                <w:sz w:val="18"/>
                <w:lang w:eastAsia="zh-TW"/>
              </w:rPr>
              <w:t>☐ 70～80 分【及格！好室友級</w:t>
            </w:r>
            <w:proofErr w:type="gramStart"/>
            <w:r w:rsidRPr="0093248B">
              <w:rPr>
                <w:rFonts w:ascii="微軟正黑體" w:eastAsia="微軟正黑體" w:hAnsi="微軟正黑體"/>
                <w:b/>
                <w:color w:val="1E293B"/>
                <w:sz w:val="18"/>
                <w:lang w:eastAsia="zh-TW"/>
              </w:rPr>
              <w:t>】</w:t>
            </w:r>
            <w:proofErr w:type="gramEnd"/>
            <w:r w:rsidRPr="0093248B">
              <w:rPr>
                <w:rFonts w:ascii="微軟正黑體" w:eastAsia="微軟正黑體" w:hAnsi="微軟正黑體"/>
                <w:b/>
                <w:color w:val="1E293B"/>
                <w:sz w:val="18"/>
                <w:lang w:eastAsia="zh-TW"/>
              </w:rPr>
              <w:t xml:space="preserve"> </w:t>
            </w: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>掌握到本人 80% 動態，表現很棒繼續保持～</w:t>
            </w:r>
          </w:p>
          <w:p w:rsidR="0082492D" w:rsidRPr="0093248B" w:rsidRDefault="00A43F36">
            <w:pPr>
              <w:spacing w:after="20" w:line="252" w:lineRule="auto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293B"/>
                <w:sz w:val="18"/>
                <w:lang w:eastAsia="zh-TW"/>
              </w:rPr>
              <w:t xml:space="preserve">☐ 60 分【低空飛過及格線】 </w:t>
            </w: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>差點要補考！看來需多約去超商吃點心聊天。</w:t>
            </w:r>
          </w:p>
          <w:p w:rsidR="0082492D" w:rsidRPr="0093248B" w:rsidRDefault="00A43F36">
            <w:pPr>
              <w:spacing w:after="20" w:line="252" w:lineRule="auto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293B"/>
                <w:sz w:val="18"/>
                <w:lang w:eastAsia="zh-TW"/>
              </w:rPr>
              <w:t xml:space="preserve">☐ 60 分以下【最熟悉的陌生人】 </w:t>
            </w: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>今晚罰你陪我暢聊 15 分鐘重新認識我！</w:t>
            </w:r>
          </w:p>
        </w:tc>
        <w:tc>
          <w:tcPr>
            <w:tcW w:w="4989" w:type="dxa"/>
            <w:gridSpan w:val="2"/>
            <w:tcBorders>
              <w:top w:val="single" w:sz="6" w:space="0" w:color="FECDD3"/>
              <w:left w:val="single" w:sz="6" w:space="0" w:color="FECDD3"/>
              <w:bottom w:val="single" w:sz="6" w:space="0" w:color="FECDD3"/>
              <w:right w:val="single" w:sz="6" w:space="0" w:color="FECDD3"/>
            </w:tcBorders>
            <w:shd w:val="clear" w:color="auto" w:fill="FFF1F2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82492D" w:rsidRPr="0093248B" w:rsidRDefault="00A43F36">
            <w:pPr>
              <w:spacing w:after="20" w:line="264" w:lineRule="auto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B91C1C"/>
                <w:sz w:val="20"/>
                <w:lang w:eastAsia="zh-TW"/>
              </w:rPr>
              <w:t>📝 小考官紅筆批改總評語區（身分翻轉！）</w:t>
            </w:r>
            <w:r w:rsidRPr="0093248B">
              <w:rPr>
                <w:rFonts w:ascii="微軟正黑體" w:eastAsia="微軟正黑體" w:hAnsi="微軟正黑體"/>
                <w:b/>
                <w:color w:val="B91C1C"/>
                <w:sz w:val="20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B91C1C"/>
                <w:sz w:val="18"/>
                <w:lang w:eastAsia="zh-TW"/>
              </w:rPr>
              <w:t>主考官評語：</w:t>
            </w:r>
            <w:r w:rsidR="0003023A" w:rsidRPr="0093248B">
              <w:rPr>
                <w:rFonts w:ascii="微軟正黑體" w:eastAsia="微軟正黑體" w:hAnsi="微軟正黑體"/>
                <w:color w:val="B91C1C"/>
                <w:sz w:val="18"/>
                <w:lang w:eastAsia="zh-TW"/>
              </w:rPr>
              <w:t>____________________________________________________________</w:t>
            </w:r>
            <w:r w:rsidRPr="0093248B">
              <w:rPr>
                <w:rFonts w:ascii="微軟正黑體" w:eastAsia="微軟正黑體" w:hAnsi="微軟正黑體"/>
                <w:color w:val="B91C1C"/>
                <w:sz w:val="18"/>
                <w:lang w:eastAsia="zh-TW"/>
              </w:rPr>
              <w:br/>
              <w:t>____________________________________________________________</w:t>
            </w:r>
            <w:r w:rsidR="0003023A" w:rsidRPr="0093248B">
              <w:rPr>
                <w:rFonts w:ascii="微軟正黑體" w:eastAsia="微軟正黑體" w:hAnsi="微軟正黑體"/>
                <w:color w:val="B91C1C"/>
                <w:sz w:val="18"/>
                <w:lang w:eastAsia="zh-TW"/>
              </w:rPr>
              <w:t>____________________________________________________________</w:t>
            </w:r>
            <w:r w:rsidRPr="0093248B">
              <w:rPr>
                <w:rFonts w:ascii="微軟正黑體" w:eastAsia="微軟正黑體" w:hAnsi="微軟正黑體"/>
                <w:color w:val="B91C1C"/>
                <w:sz w:val="18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b/>
                <w:color w:val="1E3A8A"/>
                <w:sz w:val="18"/>
                <w:lang w:eastAsia="zh-TW"/>
              </w:rPr>
              <w:t>❤️ 家長應試心得（現場寫一句話給孩子）：</w:t>
            </w:r>
            <w:r w:rsidRPr="0093248B">
              <w:rPr>
                <w:rFonts w:ascii="微軟正黑體" w:eastAsia="微軟正黑體" w:hAnsi="微軟正黑體"/>
                <w:b/>
                <w:color w:val="1E3A8A"/>
                <w:sz w:val="18"/>
                <w:lang w:eastAsia="zh-TW"/>
              </w:rPr>
              <w:br/>
            </w: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>____________________________________________________________</w:t>
            </w:r>
            <w:r w:rsidR="0003023A" w:rsidRPr="0093248B">
              <w:rPr>
                <w:rFonts w:ascii="微軟正黑體" w:eastAsia="微軟正黑體" w:hAnsi="微軟正黑體"/>
                <w:color w:val="B91C1C"/>
                <w:sz w:val="18"/>
                <w:lang w:eastAsia="zh-TW"/>
              </w:rPr>
              <w:t>________________________________________________________________________________________________________________________</w:t>
            </w: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br/>
              <w:t>受測家長簽名：_________________　日期：115年____月____日</w:t>
            </w:r>
          </w:p>
        </w:tc>
      </w:tr>
    </w:tbl>
    <w:p w:rsidR="0082492D" w:rsidRPr="0093248B" w:rsidRDefault="00A43F36">
      <w:pPr>
        <w:rPr>
          <w:sz w:val="28"/>
          <w:lang w:eastAsia="zh-TW"/>
        </w:rPr>
      </w:pPr>
      <w:r w:rsidRPr="0093248B">
        <w:rPr>
          <w:sz w:val="28"/>
          <w:lang w:eastAsia="zh-TW"/>
        </w:rPr>
        <w:br w:type="page"/>
      </w:r>
    </w:p>
    <w:p w:rsidR="0082492D" w:rsidRPr="0093248B" w:rsidRDefault="00A43F36">
      <w:pPr>
        <w:spacing w:after="20" w:line="264" w:lineRule="auto"/>
        <w:jc w:val="center"/>
        <w:rPr>
          <w:sz w:val="28"/>
          <w:lang w:eastAsia="zh-TW"/>
        </w:rPr>
      </w:pPr>
      <w:r w:rsidRPr="0093248B">
        <w:rPr>
          <w:rFonts w:ascii="微軟正黑體" w:eastAsia="微軟正黑體" w:hAnsi="微軟正黑體"/>
          <w:b/>
          <w:color w:val="1E3A8A"/>
          <w:sz w:val="32"/>
          <w:lang w:eastAsia="zh-TW"/>
        </w:rPr>
        <w:lastRenderedPageBreak/>
        <w:t>115學年度第一學期【家長能力檢定測驗】小考官</w:t>
      </w:r>
      <w:proofErr w:type="gramStart"/>
      <w:r w:rsidRPr="0093248B">
        <w:rPr>
          <w:rFonts w:ascii="微軟正黑體" w:eastAsia="微軟正黑體" w:hAnsi="微軟正黑體"/>
          <w:b/>
          <w:color w:val="1E3A8A"/>
          <w:sz w:val="32"/>
          <w:lang w:eastAsia="zh-TW"/>
        </w:rPr>
        <w:t>答案卡暨出題</w:t>
      </w:r>
      <w:proofErr w:type="gramEnd"/>
      <w:r w:rsidRPr="0093248B">
        <w:rPr>
          <w:rFonts w:ascii="微軟正黑體" w:eastAsia="微軟正黑體" w:hAnsi="微軟正黑體"/>
          <w:b/>
          <w:color w:val="1E3A8A"/>
          <w:sz w:val="32"/>
          <w:lang w:eastAsia="zh-TW"/>
        </w:rPr>
        <w:t>存根聯</w:t>
      </w:r>
    </w:p>
    <w:p w:rsidR="00316610" w:rsidRPr="00A43F36" w:rsidRDefault="00A43F36">
      <w:pPr>
        <w:spacing w:after="40" w:line="264" w:lineRule="auto"/>
        <w:jc w:val="center"/>
        <w:rPr>
          <w:rFonts w:ascii="微軟正黑體" w:eastAsia="微軟正黑體" w:hAnsi="微軟正黑體"/>
          <w:b/>
          <w:sz w:val="20"/>
          <w:lang w:eastAsia="zh-TW"/>
        </w:rPr>
      </w:pPr>
      <w:proofErr w:type="gramStart"/>
      <w:r w:rsidRPr="00A43F36">
        <w:rPr>
          <w:rFonts w:ascii="微軟正黑體" w:eastAsia="微軟正黑體" w:hAnsi="微軟正黑體"/>
          <w:b/>
          <w:sz w:val="20"/>
          <w:lang w:eastAsia="zh-TW"/>
        </w:rPr>
        <w:t>【</w:t>
      </w:r>
      <w:proofErr w:type="gramEnd"/>
      <w:r w:rsidRPr="00A43F36">
        <w:rPr>
          <w:rFonts w:ascii="微軟正黑體" w:eastAsia="微軟正黑體" w:hAnsi="微軟正黑體"/>
          <w:b/>
          <w:sz w:val="20"/>
          <w:lang w:eastAsia="zh-TW"/>
        </w:rPr>
        <w:t>最高機密！座談會前撕下繳交給導師奕鈞老師保管</w:t>
      </w:r>
      <w:proofErr w:type="gramStart"/>
      <w:r w:rsidRPr="00A43F36">
        <w:rPr>
          <w:rFonts w:ascii="微軟正黑體" w:eastAsia="微軟正黑體" w:hAnsi="微軟正黑體"/>
          <w:b/>
          <w:sz w:val="20"/>
          <w:lang w:eastAsia="zh-TW"/>
        </w:rPr>
        <w:t>】</w:t>
      </w:r>
      <w:proofErr w:type="gramEnd"/>
      <w:r w:rsidRPr="00A43F36">
        <w:rPr>
          <w:rFonts w:ascii="微軟正黑體" w:eastAsia="微軟正黑體" w:hAnsi="微軟正黑體"/>
          <w:b/>
          <w:sz w:val="20"/>
          <w:lang w:eastAsia="zh-TW"/>
        </w:rPr>
        <w:t xml:space="preserve"> ｜</w:t>
      </w:r>
    </w:p>
    <w:p w:rsidR="0082492D" w:rsidRPr="00A43F36" w:rsidRDefault="00A43F36">
      <w:pPr>
        <w:spacing w:after="40" w:line="264" w:lineRule="auto"/>
        <w:jc w:val="center"/>
        <w:rPr>
          <w:sz w:val="28"/>
          <w:lang w:eastAsia="zh-TW"/>
        </w:rPr>
      </w:pPr>
      <w:r w:rsidRPr="00A43F36">
        <w:rPr>
          <w:rFonts w:ascii="微軟正黑體" w:eastAsia="微軟正黑體" w:hAnsi="微軟正黑體"/>
          <w:b/>
          <w:sz w:val="20"/>
          <w:lang w:eastAsia="zh-TW"/>
        </w:rPr>
        <w:t>出題班級：</w:t>
      </w:r>
      <w:r w:rsidR="00316610" w:rsidRPr="00A43F36">
        <w:rPr>
          <w:rFonts w:ascii="微軟正黑體" w:eastAsia="微軟正黑體" w:hAnsi="微軟正黑體" w:hint="eastAsia"/>
          <w:b/>
          <w:sz w:val="20"/>
          <w:lang w:eastAsia="zh-TW"/>
        </w:rPr>
        <w:t>_</w:t>
      </w:r>
      <w:r w:rsidR="00316610" w:rsidRPr="00A43F36">
        <w:rPr>
          <w:rFonts w:ascii="微軟正黑體" w:eastAsia="微軟正黑體" w:hAnsi="微軟正黑體"/>
          <w:b/>
          <w:sz w:val="20"/>
          <w:lang w:eastAsia="zh-TW"/>
        </w:rPr>
        <w:t>___</w:t>
      </w:r>
      <w:r w:rsidRPr="00A43F36">
        <w:rPr>
          <w:rFonts w:ascii="微軟正黑體" w:eastAsia="微軟正黑體" w:hAnsi="微軟正黑體"/>
          <w:b/>
          <w:sz w:val="20"/>
          <w:lang w:eastAsia="zh-TW"/>
        </w:rPr>
        <w:t xml:space="preserve">年____班 </w:t>
      </w:r>
      <w:proofErr w:type="gramStart"/>
      <w:r w:rsidRPr="00A43F36">
        <w:rPr>
          <w:rFonts w:ascii="微軟正黑體" w:eastAsia="微軟正黑體" w:hAnsi="微軟正黑體"/>
          <w:b/>
          <w:sz w:val="20"/>
          <w:lang w:eastAsia="zh-TW"/>
        </w:rPr>
        <w:t>｜</w:t>
      </w:r>
      <w:proofErr w:type="gramEnd"/>
      <w:r w:rsidRPr="00A43F36">
        <w:rPr>
          <w:rFonts w:ascii="微軟正黑體" w:eastAsia="微軟正黑體" w:hAnsi="微軟正黑體"/>
          <w:b/>
          <w:sz w:val="20"/>
          <w:lang w:eastAsia="zh-TW"/>
        </w:rPr>
        <w:t xml:space="preserve"> 座號：____ </w:t>
      </w:r>
      <w:proofErr w:type="gramStart"/>
      <w:r w:rsidRPr="00A43F36">
        <w:rPr>
          <w:rFonts w:ascii="微軟正黑體" w:eastAsia="微軟正黑體" w:hAnsi="微軟正黑體"/>
          <w:b/>
          <w:sz w:val="20"/>
          <w:lang w:eastAsia="zh-TW"/>
        </w:rPr>
        <w:t>｜</w:t>
      </w:r>
      <w:proofErr w:type="gramEnd"/>
      <w:r w:rsidRPr="00A43F36">
        <w:rPr>
          <w:rFonts w:ascii="微軟正黑體" w:eastAsia="微軟正黑體" w:hAnsi="微軟正黑體"/>
          <w:b/>
          <w:sz w:val="20"/>
          <w:lang w:eastAsia="zh-TW"/>
        </w:rPr>
        <w:t xml:space="preserve"> 小考官姓名：______________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31"/>
      </w:tblGrid>
      <w:tr w:rsidR="00A43F36" w:rsidRPr="00A43F36">
        <w:trPr>
          <w:jc w:val="center"/>
        </w:trPr>
        <w:tc>
          <w:tcPr>
            <w:tcW w:w="1043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30" w:type="dxa"/>
              <w:left w:w="70" w:type="dxa"/>
              <w:bottom w:w="30" w:type="dxa"/>
              <w:right w:w="70" w:type="dxa"/>
            </w:tcMar>
          </w:tcPr>
          <w:p w:rsidR="0082492D" w:rsidRPr="00A43F36" w:rsidRDefault="00A43F36">
            <w:pPr>
              <w:spacing w:after="20"/>
              <w:rPr>
                <w:sz w:val="28"/>
                <w:lang w:eastAsia="zh-TW"/>
              </w:rPr>
            </w:pPr>
            <w:r w:rsidRPr="00A43F36">
              <w:rPr>
                <w:rFonts w:ascii="微軟正黑體" w:eastAsia="微軟正黑體" w:hAnsi="微軟正黑體"/>
                <w:b/>
                <w:sz w:val="20"/>
                <w:lang w:eastAsia="zh-TW"/>
              </w:rPr>
              <w:t>💡 出題主考官任務備忘錄：</w:t>
            </w:r>
            <w:r w:rsidRPr="00A43F36">
              <w:rPr>
                <w:rFonts w:ascii="微軟正黑體" w:eastAsia="微軟正黑體" w:hAnsi="微軟正黑體"/>
                <w:b/>
                <w:sz w:val="20"/>
                <w:lang w:eastAsia="zh-TW"/>
              </w:rPr>
              <w:br/>
            </w:r>
            <w:r w:rsidRPr="00A43F36">
              <w:rPr>
                <w:rFonts w:ascii="微軟正黑體" w:eastAsia="微軟正黑體" w:hAnsi="微軟正黑體"/>
                <w:sz w:val="18"/>
                <w:lang w:eastAsia="zh-TW"/>
              </w:rPr>
              <w:t>1. 請先在</w:t>
            </w:r>
            <w:proofErr w:type="gramStart"/>
            <w:r w:rsidRPr="00A43F36">
              <w:rPr>
                <w:rFonts w:ascii="微軟正黑體" w:eastAsia="微軟正黑體" w:hAnsi="微軟正黑體"/>
                <w:sz w:val="18"/>
                <w:lang w:eastAsia="zh-TW"/>
              </w:rPr>
              <w:t>考卷正卷</w:t>
            </w:r>
            <w:proofErr w:type="gramEnd"/>
            <w:r w:rsidRPr="00A43F36">
              <w:rPr>
                <w:rFonts w:ascii="微軟正黑體" w:eastAsia="微軟正黑體" w:hAnsi="微軟正黑體"/>
                <w:sz w:val="18"/>
                <w:lang w:eastAsia="zh-TW"/>
              </w:rPr>
              <w:t>（第1~2頁）手寫填寫題目與選項，並將對應的【標準答案】工整登記在下方表格中。</w:t>
            </w:r>
            <w:r w:rsidRPr="00A43F36">
              <w:rPr>
                <w:rFonts w:ascii="微軟正黑體" w:eastAsia="微軟正黑體" w:hAnsi="微軟正黑體"/>
                <w:sz w:val="18"/>
                <w:lang w:eastAsia="zh-TW"/>
              </w:rPr>
              <w:br/>
              <w:t>2. 請於指定繳交日前，將此存根聯繳交給導師奕鈞老師。導師會在座談會前為你保密，座談會結束後發還給你親自以紅筆批改打分數！</w:t>
            </w:r>
            <w:r w:rsidRPr="00A43F36">
              <w:rPr>
                <w:rFonts w:ascii="微軟正黑體" w:eastAsia="微軟正黑體" w:hAnsi="微軟正黑體"/>
                <w:sz w:val="18"/>
                <w:lang w:eastAsia="zh-TW"/>
              </w:rPr>
              <w:br/>
              <w:t>3. 四大出題維度靈感：①日常生活飲食 (手搖飲甜度冰塊、超商必買、挑食) ②校園人際 (死黨、喜惡科目、幹部) ③流行文化 (愛歌、追星、流行迷因、夢幻禮物) ④走心悄悄話 (最暖一句話、雷區、回家需要什麼)</w:t>
            </w:r>
          </w:p>
        </w:tc>
      </w:tr>
    </w:tbl>
    <w:p w:rsidR="0082492D" w:rsidRPr="0093248B" w:rsidRDefault="0082492D">
      <w:pPr>
        <w:spacing w:after="20" w:line="72" w:lineRule="auto"/>
        <w:rPr>
          <w:sz w:val="28"/>
          <w:lang w:eastAsia="zh-TW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"/>
        <w:gridCol w:w="1814"/>
        <w:gridCol w:w="3628"/>
        <w:gridCol w:w="3969"/>
      </w:tblGrid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6" w:space="0" w:color="94A3B8"/>
              <w:left w:val="single" w:sz="6" w:space="0" w:color="94A3B8"/>
              <w:bottom w:val="single" w:sz="6" w:space="0" w:color="94A3B8"/>
              <w:right w:val="single" w:sz="6" w:space="0" w:color="94A3B8"/>
            </w:tcBorders>
            <w:shd w:val="clear" w:color="auto" w:fill="F1F5F9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before="20" w:after="20"/>
              <w:jc w:val="center"/>
              <w:rPr>
                <w:sz w:val="28"/>
              </w:rPr>
            </w:pPr>
            <w:proofErr w:type="spellStart"/>
            <w:r w:rsidRPr="0093248B">
              <w:rPr>
                <w:rFonts w:ascii="微軟正黑體" w:eastAsia="微軟正黑體" w:hAnsi="微軟正黑體"/>
                <w:b/>
                <w:color w:val="1E3A8A"/>
                <w:sz w:val="20"/>
              </w:rPr>
              <w:t>題號</w:t>
            </w:r>
            <w:proofErr w:type="spellEnd"/>
          </w:p>
        </w:tc>
        <w:tc>
          <w:tcPr>
            <w:tcW w:w="1814" w:type="dxa"/>
            <w:tcBorders>
              <w:top w:val="single" w:sz="6" w:space="0" w:color="94A3B8"/>
              <w:left w:val="single" w:sz="6" w:space="0" w:color="94A3B8"/>
              <w:bottom w:val="single" w:sz="6" w:space="0" w:color="94A3B8"/>
              <w:right w:val="single" w:sz="6" w:space="0" w:color="94A3B8"/>
            </w:tcBorders>
            <w:shd w:val="clear" w:color="auto" w:fill="F1F5F9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before="20" w:after="20"/>
              <w:jc w:val="center"/>
              <w:rPr>
                <w:sz w:val="28"/>
                <w:lang w:eastAsia="zh-TW"/>
              </w:rPr>
            </w:pPr>
            <w:proofErr w:type="spellStart"/>
            <w:r w:rsidRPr="0093248B">
              <w:rPr>
                <w:rFonts w:ascii="微軟正黑體" w:eastAsia="微軟正黑體" w:hAnsi="微軟正黑體"/>
                <w:b/>
                <w:color w:val="1E3A8A"/>
                <w:sz w:val="20"/>
              </w:rPr>
              <w:t>出題維度</w:t>
            </w:r>
            <w:proofErr w:type="spellEnd"/>
            <w:r w:rsidR="0093248B">
              <w:rPr>
                <w:rFonts w:ascii="微軟正黑體" w:eastAsia="微軟正黑體" w:hAnsi="微軟正黑體" w:hint="eastAsia"/>
                <w:b/>
                <w:color w:val="1E3A8A"/>
                <w:sz w:val="20"/>
                <w:lang w:eastAsia="zh-TW"/>
              </w:rPr>
              <w:t>(選填)</w:t>
            </w:r>
          </w:p>
        </w:tc>
        <w:tc>
          <w:tcPr>
            <w:tcW w:w="3628" w:type="dxa"/>
            <w:tcBorders>
              <w:top w:val="single" w:sz="6" w:space="0" w:color="94A3B8"/>
              <w:left w:val="single" w:sz="6" w:space="0" w:color="94A3B8"/>
              <w:bottom w:val="single" w:sz="6" w:space="0" w:color="94A3B8"/>
              <w:right w:val="single" w:sz="6" w:space="0" w:color="94A3B8"/>
            </w:tcBorders>
            <w:shd w:val="clear" w:color="auto" w:fill="F1F5F9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before="20" w:after="20"/>
              <w:jc w:val="center"/>
              <w:rPr>
                <w:sz w:val="28"/>
              </w:rPr>
            </w:pPr>
            <w:proofErr w:type="spellStart"/>
            <w:r w:rsidRPr="0093248B">
              <w:rPr>
                <w:rFonts w:ascii="微軟正黑體" w:eastAsia="微軟正黑體" w:hAnsi="微軟正黑體"/>
                <w:b/>
                <w:color w:val="1E3A8A"/>
                <w:sz w:val="20"/>
              </w:rPr>
              <w:t>標準答案（正解</w:t>
            </w:r>
            <w:proofErr w:type="spellEnd"/>
            <w:r w:rsidRPr="0093248B">
              <w:rPr>
                <w:rFonts w:ascii="微軟正黑體" w:eastAsia="微軟正黑體" w:hAnsi="微軟正黑體"/>
                <w:b/>
                <w:color w:val="1E3A8A"/>
                <w:sz w:val="20"/>
              </w:rPr>
              <w:t>）</w:t>
            </w:r>
          </w:p>
        </w:tc>
        <w:tc>
          <w:tcPr>
            <w:tcW w:w="3969" w:type="dxa"/>
            <w:tcBorders>
              <w:top w:val="single" w:sz="6" w:space="0" w:color="94A3B8"/>
              <w:left w:val="single" w:sz="6" w:space="0" w:color="94A3B8"/>
              <w:bottom w:val="single" w:sz="6" w:space="0" w:color="94A3B8"/>
              <w:right w:val="single" w:sz="6" w:space="0" w:color="94A3B8"/>
            </w:tcBorders>
            <w:shd w:val="clear" w:color="auto" w:fill="F1F5F9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before="20" w:after="20"/>
              <w:jc w:val="center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b/>
                <w:color w:val="1E3A8A"/>
                <w:sz w:val="20"/>
                <w:lang w:eastAsia="zh-TW"/>
              </w:rPr>
              <w:t>給分標準與備註</w:t>
            </w:r>
            <w:proofErr w:type="gramStart"/>
            <w:r w:rsidRPr="0093248B">
              <w:rPr>
                <w:rFonts w:ascii="微軟正黑體" w:eastAsia="微軟正黑體" w:hAnsi="微軟正黑體"/>
                <w:b/>
                <w:color w:val="1E3A8A"/>
                <w:sz w:val="20"/>
                <w:lang w:eastAsia="zh-TW"/>
              </w:rPr>
              <w:t>（</w:t>
            </w:r>
            <w:proofErr w:type="gramEnd"/>
            <w:r w:rsidRPr="0093248B">
              <w:rPr>
                <w:rFonts w:ascii="微軟正黑體" w:eastAsia="微軟正黑體" w:hAnsi="微軟正黑體"/>
                <w:b/>
                <w:color w:val="1E3A8A"/>
                <w:sz w:val="20"/>
                <w:lang w:eastAsia="zh-TW"/>
              </w:rPr>
              <w:t>為什麼是這答案？）</w:t>
            </w:r>
          </w:p>
        </w:tc>
      </w:tr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>第 1 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</w:tr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>第 2 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</w:tr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>第 3 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</w:tr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>第 4 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</w:tr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>第 5 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</w:tr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>第 6 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</w:tr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>第 7 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</w:tr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>第 8 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</w:tr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>第 9 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82492D">
            <w:pPr>
              <w:spacing w:after="0"/>
              <w:rPr>
                <w:sz w:val="28"/>
              </w:rPr>
            </w:pPr>
          </w:p>
        </w:tc>
      </w:tr>
      <w:tr w:rsidR="0093248B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jc w:val="center"/>
              <w:rPr>
                <w:rFonts w:ascii="微軟正黑體" w:eastAsia="微軟正黑體" w:hAnsi="微軟正黑體"/>
                <w:color w:val="1E293B"/>
                <w:sz w:val="1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 xml:space="preserve">第 </w:t>
            </w:r>
            <w:r>
              <w:rPr>
                <w:rFonts w:ascii="微軟正黑體" w:eastAsia="微軟正黑體" w:hAnsi="微軟正黑體"/>
                <w:color w:val="1E293B"/>
                <w:sz w:val="18"/>
              </w:rPr>
              <w:t>10</w:t>
            </w: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 xml:space="preserve"> 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rPr>
                <w:sz w:val="28"/>
              </w:rPr>
            </w:pPr>
          </w:p>
        </w:tc>
      </w:tr>
      <w:tr w:rsidR="0093248B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jc w:val="center"/>
              <w:rPr>
                <w:rFonts w:ascii="微軟正黑體" w:eastAsia="微軟正黑體" w:hAnsi="微軟正黑體"/>
                <w:color w:val="1E293B"/>
                <w:sz w:val="18"/>
              </w:rPr>
            </w:pP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rPr>
                <w:sz w:val="28"/>
              </w:rPr>
            </w:pPr>
          </w:p>
        </w:tc>
      </w:tr>
      <w:tr w:rsidR="0093248B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jc w:val="center"/>
              <w:rPr>
                <w:rFonts w:ascii="微軟正黑體" w:eastAsia="微軟正黑體" w:hAnsi="微軟正黑體"/>
                <w:color w:val="1E293B"/>
                <w:sz w:val="18"/>
              </w:rPr>
            </w:pP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93248B" w:rsidRPr="0093248B" w:rsidRDefault="0093248B">
            <w:pPr>
              <w:spacing w:after="0"/>
              <w:rPr>
                <w:sz w:val="28"/>
              </w:rPr>
            </w:pPr>
          </w:p>
        </w:tc>
      </w:tr>
      <w:tr w:rsidR="0082492D" w:rsidRPr="0093248B">
        <w:trPr>
          <w:cantSplit/>
          <w:jc w:val="center"/>
        </w:trPr>
        <w:tc>
          <w:tcPr>
            <w:tcW w:w="102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BEB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b/>
                <w:color w:val="B91C1C"/>
                <w:sz w:val="18"/>
              </w:rPr>
              <w:t>★ 第</w:t>
            </w:r>
            <w:r w:rsidR="00737DF2">
              <w:rPr>
                <w:rFonts w:ascii="微軟正黑體" w:eastAsia="微軟正黑體" w:hAnsi="微軟正黑體" w:hint="eastAsia"/>
                <w:b/>
                <w:color w:val="B91C1C"/>
                <w:sz w:val="18"/>
                <w:lang w:eastAsia="zh-TW"/>
              </w:rPr>
              <w:t xml:space="preserve">     </w:t>
            </w:r>
            <w:bookmarkStart w:id="0" w:name="_GoBack"/>
            <w:bookmarkEnd w:id="0"/>
            <w:r w:rsidRPr="0093248B">
              <w:rPr>
                <w:rFonts w:ascii="微軟正黑體" w:eastAsia="微軟正黑體" w:hAnsi="微軟正黑體"/>
                <w:b/>
                <w:color w:val="B91C1C"/>
                <w:sz w:val="18"/>
              </w:rPr>
              <w:t>題</w:t>
            </w:r>
          </w:p>
        </w:tc>
        <w:tc>
          <w:tcPr>
            <w:tcW w:w="181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BEB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jc w:val="center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b/>
                <w:color w:val="D97706"/>
                <w:sz w:val="18"/>
              </w:rPr>
              <w:t>★壓軸彩蛋</w:t>
            </w:r>
          </w:p>
        </w:tc>
        <w:tc>
          <w:tcPr>
            <w:tcW w:w="3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BEB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rPr>
                <w:sz w:val="28"/>
              </w:rPr>
            </w:pPr>
            <w:r w:rsidRPr="0093248B">
              <w:rPr>
                <w:rFonts w:ascii="微軟正黑體" w:eastAsia="微軟正黑體" w:hAnsi="微軟正黑體"/>
                <w:color w:val="1E293B"/>
                <w:sz w:val="18"/>
              </w:rPr>
              <w:t>【彩蛋承諾事項】</w:t>
            </w:r>
          </w:p>
        </w:tc>
        <w:tc>
          <w:tcPr>
            <w:tcW w:w="396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BEB"/>
            <w:tcMar>
              <w:top w:w="30" w:type="dxa"/>
              <w:left w:w="50" w:type="dxa"/>
              <w:bottom w:w="30" w:type="dxa"/>
              <w:right w:w="50" w:type="dxa"/>
            </w:tcMar>
          </w:tcPr>
          <w:p w:rsidR="0082492D" w:rsidRPr="0093248B" w:rsidRDefault="00A43F36">
            <w:pPr>
              <w:spacing w:after="0"/>
              <w:rPr>
                <w:sz w:val="28"/>
                <w:lang w:eastAsia="zh-TW"/>
              </w:rPr>
            </w:pPr>
            <w:r w:rsidRPr="0093248B">
              <w:rPr>
                <w:rFonts w:ascii="微軟正黑體" w:eastAsia="微軟正黑體" w:hAnsi="微軟正黑體"/>
                <w:color w:val="64748B"/>
                <w:sz w:val="18"/>
                <w:lang w:eastAsia="zh-TW"/>
              </w:rPr>
              <w:t>只要家長承諾並兌現，本題無條件給滿分 (+20)！</w:t>
            </w:r>
          </w:p>
        </w:tc>
      </w:tr>
    </w:tbl>
    <w:p w:rsidR="0082492D" w:rsidRPr="0093248B" w:rsidRDefault="00A43F36">
      <w:pPr>
        <w:spacing w:before="60" w:after="0" w:line="264" w:lineRule="auto"/>
        <w:jc w:val="right"/>
        <w:rPr>
          <w:sz w:val="28"/>
          <w:lang w:eastAsia="zh-TW"/>
        </w:rPr>
      </w:pPr>
      <w:r w:rsidRPr="0093248B">
        <w:rPr>
          <w:rFonts w:ascii="微軟正黑體" w:eastAsia="微軟正黑體" w:hAnsi="微軟正黑體"/>
          <w:b/>
          <w:color w:val="1E3A8A"/>
          <w:sz w:val="20"/>
          <w:lang w:eastAsia="zh-TW"/>
        </w:rPr>
        <w:t>🔒 小考官保密切結：我保證以上</w:t>
      </w:r>
      <w:proofErr w:type="gramStart"/>
      <w:r w:rsidRPr="0093248B">
        <w:rPr>
          <w:rFonts w:ascii="微軟正黑體" w:eastAsia="微軟正黑體" w:hAnsi="微軟正黑體"/>
          <w:b/>
          <w:color w:val="1E3A8A"/>
          <w:sz w:val="20"/>
          <w:lang w:eastAsia="zh-TW"/>
        </w:rPr>
        <w:t>題目均為本人</w:t>
      </w:r>
      <w:proofErr w:type="gramEnd"/>
      <w:r w:rsidRPr="0093248B">
        <w:rPr>
          <w:rFonts w:ascii="微軟正黑體" w:eastAsia="微軟正黑體" w:hAnsi="微軟正黑體"/>
          <w:b/>
          <w:color w:val="1E3A8A"/>
          <w:sz w:val="20"/>
          <w:lang w:eastAsia="zh-TW"/>
        </w:rPr>
        <w:t>用心出題，且在座談會前</w:t>
      </w:r>
      <w:proofErr w:type="gramStart"/>
      <w:r w:rsidRPr="0093248B">
        <w:rPr>
          <w:rFonts w:ascii="微軟正黑體" w:eastAsia="微軟正黑體" w:hAnsi="微軟正黑體"/>
          <w:b/>
          <w:color w:val="1E3A8A"/>
          <w:sz w:val="20"/>
          <w:lang w:eastAsia="zh-TW"/>
        </w:rPr>
        <w:t>絕不向爸媽</w:t>
      </w:r>
      <w:proofErr w:type="gramEnd"/>
      <w:r w:rsidRPr="0093248B">
        <w:rPr>
          <w:rFonts w:ascii="微軟正黑體" w:eastAsia="微軟正黑體" w:hAnsi="微軟正黑體"/>
          <w:b/>
          <w:color w:val="1E3A8A"/>
          <w:sz w:val="20"/>
          <w:lang w:eastAsia="zh-TW"/>
        </w:rPr>
        <w:t>洩漏題目與正解！</w:t>
      </w:r>
      <w:r w:rsidRPr="0093248B">
        <w:rPr>
          <w:rFonts w:ascii="微軟正黑體" w:eastAsia="微軟正黑體" w:hAnsi="微軟正黑體"/>
          <w:b/>
          <w:color w:val="1E3A8A"/>
          <w:sz w:val="20"/>
          <w:lang w:eastAsia="zh-TW"/>
        </w:rPr>
        <w:br/>
        <w:t>主考官親筆簽名：____________________　繳交日期：115年____月____日</w:t>
      </w:r>
    </w:p>
    <w:sectPr w:rsidR="0082492D" w:rsidRPr="0093248B" w:rsidSect="00034616">
      <w:pgSz w:w="11906" w:h="16838"/>
      <w:pgMar w:top="454" w:right="737" w:bottom="454" w:left="73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023A"/>
    <w:rsid w:val="00034616"/>
    <w:rsid w:val="0006063C"/>
    <w:rsid w:val="0015074B"/>
    <w:rsid w:val="0029639D"/>
    <w:rsid w:val="00316610"/>
    <w:rsid w:val="00326F90"/>
    <w:rsid w:val="00737DF2"/>
    <w:rsid w:val="0082492D"/>
    <w:rsid w:val="0093248B"/>
    <w:rsid w:val="00A43F3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DF870B"/>
  <w14:defaultImageDpi w14:val="300"/>
  <w15:docId w15:val="{95C59673-DE7D-4005-B421-113C9B6F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99CE6C-42F9-4A2A-90C1-C3D8F3D16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蕭老師</cp:lastModifiedBy>
  <cp:revision>6</cp:revision>
  <cp:lastPrinted>2026-09-04T03:05:00Z</cp:lastPrinted>
  <dcterms:created xsi:type="dcterms:W3CDTF">2013-12-23T23:15:00Z</dcterms:created>
  <dcterms:modified xsi:type="dcterms:W3CDTF">2026-09-04T06:29:00Z</dcterms:modified>
  <cp:category/>
</cp:coreProperties>
</file>