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6725B" w:rsidRPr="00A97595" w:rsidRDefault="00641ADC" w:rsidP="00A1437E">
      <w:pPr>
        <w:spacing w:after="20"/>
        <w:rPr>
          <w:sz w:val="32"/>
          <w:szCs w:val="24"/>
          <w:lang w:eastAsia="zh-TW"/>
        </w:rPr>
      </w:pPr>
      <w:r>
        <w:rPr>
          <w:rFonts w:ascii="Arial" w:hAnsi="Arial"/>
          <w:b/>
          <w:color w:val="23459A"/>
          <w:sz w:val="31"/>
          <w:u w:val="none"/>
          <w:rFonts w:ascii="Arial" w:hAnsi="Arial" w:eastAsia="微軟正黑體"/>
        </w:rPr>
        <w:t>AI 古人聊天室學習單 1  白居易【AI 版】（教師解答版）</w:t>
      </w:r>
    </w:p>
    <w:p w:rsidR="0006725B" w:rsidRPr="00A1437E" w:rsidRDefault="00641ADC">
      <w:pPr>
        <w:pBdr>
          <w:bottom w:val="single" w:sz="12" w:space="4" w:color="23459A"/>
        </w:pBdr>
        <w:spacing w:before="20" w:after="80"/>
        <w:jc w:val="right"/>
        <w:rPr>
          <w:sz w:val="24"/>
          <w:szCs w:val="24"/>
          <w:lang w:eastAsia="zh-TW"/>
        </w:rPr>
      </w:pPr>
      <w:r w:rsidRPr="00A1437E">
        <w:rPr>
          <w:rFonts w:ascii="Arial" w:eastAsia="微軟正黑體" w:hAnsi="Arial"/>
          <w:color w:val="666666"/>
          <w:sz w:val="24"/>
          <w:szCs w:val="24"/>
          <w:lang w:eastAsia="zh-TW"/>
        </w:rPr>
        <w:t>班級：</w:t>
      </w:r>
      <w:proofErr w:type="gramStart"/>
      <w:r w:rsidRPr="00A1437E">
        <w:rPr>
          <w:rFonts w:ascii="Arial" w:eastAsia="微軟正黑體" w:hAnsi="Arial"/>
          <w:color w:val="666666"/>
          <w:sz w:val="24"/>
          <w:szCs w:val="24"/>
          <w:lang w:eastAsia="zh-TW"/>
        </w:rPr>
        <w:t>＿＿＿＿＿＿</w:t>
      </w:r>
      <w:proofErr w:type="gramEnd"/>
      <w:r w:rsidRPr="00A1437E">
        <w:rPr>
          <w:rFonts w:ascii="Arial" w:eastAsia="微軟正黑體" w:hAnsi="Arial"/>
          <w:color w:val="666666"/>
          <w:sz w:val="24"/>
          <w:szCs w:val="24"/>
          <w:lang w:eastAsia="zh-TW"/>
        </w:rPr>
        <w:t xml:space="preserve">   </w:t>
      </w:r>
      <w:r w:rsidRPr="00A1437E">
        <w:rPr>
          <w:rFonts w:ascii="Arial" w:eastAsia="微軟正黑體" w:hAnsi="Arial"/>
          <w:color w:val="666666"/>
          <w:sz w:val="24"/>
          <w:szCs w:val="24"/>
          <w:lang w:eastAsia="zh-TW"/>
        </w:rPr>
        <w:t>座號：</w:t>
      </w:r>
      <w:proofErr w:type="gramStart"/>
      <w:r w:rsidRPr="00A1437E">
        <w:rPr>
          <w:rFonts w:ascii="Arial" w:eastAsia="微軟正黑體" w:hAnsi="Arial"/>
          <w:color w:val="666666"/>
          <w:sz w:val="24"/>
          <w:szCs w:val="24"/>
          <w:lang w:eastAsia="zh-TW"/>
        </w:rPr>
        <w:t>＿＿＿＿＿＿</w:t>
      </w:r>
      <w:proofErr w:type="gramEnd"/>
      <w:r w:rsidRPr="00A1437E">
        <w:rPr>
          <w:rFonts w:ascii="Arial" w:eastAsia="微軟正黑體" w:hAnsi="Arial"/>
          <w:color w:val="666666"/>
          <w:sz w:val="24"/>
          <w:szCs w:val="24"/>
          <w:lang w:eastAsia="zh-TW"/>
        </w:rPr>
        <w:t xml:space="preserve">   </w:t>
      </w:r>
      <w:r w:rsidRPr="00A1437E">
        <w:rPr>
          <w:rFonts w:ascii="Arial" w:eastAsia="微軟正黑體" w:hAnsi="Arial"/>
          <w:color w:val="666666"/>
          <w:sz w:val="24"/>
          <w:szCs w:val="24"/>
          <w:lang w:eastAsia="zh-TW"/>
        </w:rPr>
        <w:t>姓名：</w:t>
      </w:r>
      <w:proofErr w:type="gramStart"/>
      <w:r w:rsidRPr="00A1437E">
        <w:rPr>
          <w:rFonts w:ascii="Arial" w:eastAsia="微軟正黑體" w:hAnsi="Arial"/>
          <w:color w:val="666666"/>
          <w:sz w:val="24"/>
          <w:szCs w:val="24"/>
          <w:lang w:eastAsia="zh-TW"/>
        </w:rPr>
        <w:t>＿＿＿＿＿＿</w:t>
      </w:r>
      <w:proofErr w:type="gramEnd"/>
    </w:p>
    <w:p w:rsidR="0006725B" w:rsidRPr="00A1437E" w:rsidRDefault="00641ADC">
      <w:pPr>
        <w:spacing w:before="80" w:after="60"/>
        <w:rPr>
          <w:sz w:val="24"/>
          <w:szCs w:val="24"/>
          <w:lang w:eastAsia="zh-TW"/>
        </w:rPr>
      </w:pPr>
      <w:r w:rsidRPr="00A1437E">
        <w:rPr>
          <w:rFonts w:ascii="Arial" w:eastAsia="微軟正黑體" w:hAnsi="Arial"/>
          <w:color w:val="666666"/>
          <w:sz w:val="24"/>
          <w:szCs w:val="24"/>
          <w:lang w:eastAsia="zh-TW"/>
        </w:rPr>
        <w:t>自學方式：先登入聊天室與白居易互動，完成填空；亦可進入「樂天詩</w:t>
      </w:r>
      <w:proofErr w:type="gramStart"/>
      <w:r w:rsidRPr="00A1437E">
        <w:rPr>
          <w:rFonts w:ascii="Arial" w:eastAsia="微軟正黑體" w:hAnsi="Arial"/>
          <w:color w:val="666666"/>
          <w:sz w:val="24"/>
          <w:szCs w:val="24"/>
          <w:lang w:eastAsia="zh-TW"/>
        </w:rPr>
        <w:t>塾</w:t>
      </w:r>
      <w:proofErr w:type="gramEnd"/>
      <w:r w:rsidRPr="00A1437E">
        <w:rPr>
          <w:rFonts w:ascii="Arial" w:eastAsia="微軟正黑體" w:hAnsi="Arial"/>
          <w:color w:val="666666"/>
          <w:sz w:val="24"/>
          <w:szCs w:val="24"/>
          <w:lang w:eastAsia="zh-TW"/>
        </w:rPr>
        <w:t>」解鎖</w:t>
      </w:r>
      <w:r w:rsidRPr="00A1437E">
        <w:rPr>
          <w:rFonts w:ascii="Arial" w:eastAsia="微軟正黑體" w:hAnsi="Arial"/>
          <w:color w:val="666666"/>
          <w:sz w:val="24"/>
          <w:szCs w:val="24"/>
          <w:lang w:eastAsia="zh-TW"/>
        </w:rPr>
        <w:t xml:space="preserve"> AI </w:t>
      </w:r>
      <w:r w:rsidRPr="00A1437E">
        <w:rPr>
          <w:rFonts w:ascii="Arial" w:eastAsia="微軟正黑體" w:hAnsi="Arial"/>
          <w:color w:val="666666"/>
          <w:sz w:val="24"/>
          <w:szCs w:val="24"/>
          <w:lang w:eastAsia="zh-TW"/>
        </w:rPr>
        <w:t>任務。</w:t>
      </w:r>
    </w:p>
    <w:p w:rsidR="0006725B" w:rsidRPr="00A1437E" w:rsidRDefault="00641ADC">
      <w:pPr>
        <w:keepNext/>
        <w:spacing w:before="140" w:after="60"/>
        <w:rPr>
          <w:sz w:val="24"/>
          <w:szCs w:val="24"/>
        </w:rPr>
      </w:pPr>
      <w:r w:rsidRPr="00A1437E">
        <w:rPr>
          <w:rFonts w:ascii="Arial" w:eastAsia="微軟正黑體" w:hAnsi="Arial"/>
          <w:b/>
          <w:color w:val="FFFFFF"/>
          <w:sz w:val="24"/>
          <w:szCs w:val="24"/>
          <w:shd w:val="clear" w:color="auto" w:fill="23459A"/>
          <w:lang w:eastAsia="zh-TW"/>
        </w:rPr>
        <w:t xml:space="preserve"> </w:t>
      </w:r>
      <w:r w:rsidRPr="00A1437E">
        <w:rPr>
          <w:rFonts w:ascii="Arial" w:eastAsia="微軟正黑體" w:hAnsi="Arial"/>
          <w:b/>
          <w:color w:val="FFFFFF"/>
          <w:sz w:val="24"/>
          <w:szCs w:val="24"/>
          <w:shd w:val="clear" w:color="auto" w:fill="23459A"/>
        </w:rPr>
        <w:t xml:space="preserve">1 </w:t>
      </w:r>
      <w:r w:rsidRPr="00A1437E">
        <w:rPr>
          <w:rFonts w:ascii="Arial" w:eastAsia="微軟正黑體" w:hAnsi="Arial"/>
          <w:color w:val="333333"/>
          <w:sz w:val="24"/>
          <w:szCs w:val="24"/>
        </w:rPr>
        <w:t xml:space="preserve">  </w:t>
      </w:r>
      <w:proofErr w:type="spellStart"/>
      <w:r w:rsidRPr="00A1437E">
        <w:rPr>
          <w:rFonts w:ascii="Arial" w:eastAsia="微軟正黑體" w:hAnsi="Arial"/>
          <w:b/>
          <w:color w:val="23459A"/>
          <w:sz w:val="24"/>
          <w:szCs w:val="24"/>
        </w:rPr>
        <w:t>自我介紹</w:t>
      </w:r>
      <w:proofErr w:type="spellEnd"/>
      <w:r w:rsidRPr="00A1437E">
        <w:rPr>
          <w:rFonts w:ascii="Arial" w:eastAsia="微軟正黑體" w:hAnsi="Arial"/>
          <w:b/>
          <w:color w:val="23459A"/>
          <w:sz w:val="24"/>
          <w:szCs w:val="24"/>
        </w:rPr>
        <w:t xml:space="preserve"> (Profile Setup)</w:t>
      </w:r>
    </w:p>
    <w:p w:rsidR="0006725B" w:rsidRPr="00A1437E" w:rsidRDefault="00641ADC">
      <w:pPr>
        <w:spacing w:before="40" w:after="50" w:line="288" w:lineRule="auto"/>
        <w:rPr>
          <w:sz w:val="24"/>
          <w:szCs w:val="24"/>
          <w:lang w:eastAsia="zh-TW"/>
        </w:rPr>
      </w:pPr>
      <w:proofErr w:type="gramStart"/>
      <w:proofErr w:type="gramEnd"/>
      <w:r>
        <w:rPr>
          <w:rFonts w:ascii="Arial" w:hAnsi="Arial"/>
          <w:b/>
          <w:color w:val="23459A"/>
          <w:sz w:val="21"/>
          <w:u w:val="none"/>
          <w:rFonts w:ascii="Arial" w:hAnsi="Arial" w:eastAsia="微軟正黑體"/>
        </w:rPr>
        <w:t xml:space="preserve">1. </w:t>
      </w:r>
      <w:r>
        <w:rPr>
          <w:rFonts w:ascii="Arial" w:hAnsi="Arial"/>
          <w:b w:val="0"/>
          <w:color w:val="333333"/>
          <w:sz w:val="21"/>
          <w:u w:val="none"/>
          <w:rFonts w:ascii="Arial" w:hAnsi="Arial" w:eastAsia="微軟正黑體"/>
        </w:rPr>
        <w:t>白居易，字</w:t>
      </w:r>
      <w:r>
        <w:rPr>
          <w:rFonts w:ascii="Arial" w:hAnsi="Arial"/>
          <w:b/>
          <w:color w:val="B42318"/>
          <w:sz w:val="21"/>
          <w:u w:val="single"/>
          <w:rFonts w:ascii="Arial" w:hAnsi="Arial" w:eastAsia="微軟正黑體"/>
        </w:rPr>
        <w:t xml:space="preserve"> 樂天 </w:t>
      </w:r>
      <w:r>
        <w:rPr>
          <w:rFonts w:ascii="Arial" w:hAnsi="Arial"/>
          <w:b w:val="0"/>
          <w:color w:val="333333"/>
          <w:sz w:val="21"/>
          <w:u w:val="none"/>
          <w:rFonts w:ascii="Arial" w:hAnsi="Arial" w:eastAsia="微軟正黑體"/>
        </w:rPr>
        <w:t>，號</w:t>
      </w:r>
      <w:r>
        <w:rPr>
          <w:rFonts w:ascii="Arial" w:hAnsi="Arial"/>
          <w:b/>
          <w:color w:val="B42318"/>
          <w:sz w:val="21"/>
          <w:u w:val="single"/>
          <w:rFonts w:ascii="Arial" w:hAnsi="Arial" w:eastAsia="微軟正黑體"/>
        </w:rPr>
        <w:t xml:space="preserve"> 香山居士 </w:t>
      </w:r>
      <w:r>
        <w:rPr>
          <w:rFonts w:ascii="Arial" w:hAnsi="Arial"/>
          <w:b w:val="0"/>
          <w:color w:val="333333"/>
          <w:sz w:val="21"/>
          <w:u w:val="none"/>
          <w:rFonts w:ascii="Arial" w:hAnsi="Arial" w:eastAsia="微軟正黑體"/>
        </w:rPr>
        <w:t>，晚年又自稱「醉吟先生」。</w:t>
      </w:r>
    </w:p>
    <w:p w:rsidR="0006725B" w:rsidRPr="00A1437E" w:rsidRDefault="00641ADC">
      <w:pPr>
        <w:spacing w:before="40" w:after="50" w:line="288" w:lineRule="auto"/>
        <w:rPr>
          <w:sz w:val="24"/>
          <w:szCs w:val="24"/>
          <w:lang w:eastAsia="zh-TW"/>
        </w:rPr>
      </w:pPr>
      <w:proofErr w:type="gramStart"/>
      <w:proofErr w:type="gramEnd"/>
      <w:r>
        <w:rPr>
          <w:rFonts w:ascii="Arial" w:hAnsi="Arial"/>
          <w:b/>
          <w:color w:val="23459A"/>
          <w:sz w:val="21"/>
          <w:u w:val="none"/>
          <w:rFonts w:ascii="Arial" w:hAnsi="Arial" w:eastAsia="微軟正黑體"/>
        </w:rPr>
        <w:t xml:space="preserve">2. </w:t>
      </w:r>
      <w:r>
        <w:rPr>
          <w:rFonts w:ascii="Arial" w:hAnsi="Arial"/>
          <w:b w:val="0"/>
          <w:color w:val="333333"/>
          <w:sz w:val="21"/>
          <w:u w:val="none"/>
          <w:rFonts w:ascii="Arial" w:hAnsi="Arial" w:eastAsia="微軟正黑體"/>
        </w:rPr>
        <w:t>他生於唐大曆七年，也就是西元</w:t>
      </w:r>
      <w:r>
        <w:rPr>
          <w:rFonts w:ascii="Arial" w:hAnsi="Arial"/>
          <w:b/>
          <w:color w:val="B42318"/>
          <w:sz w:val="21"/>
          <w:u w:val="single"/>
          <w:rFonts w:ascii="Arial" w:hAnsi="Arial" w:eastAsia="微軟正黑體"/>
        </w:rPr>
        <w:t xml:space="preserve"> 772 </w:t>
      </w:r>
      <w:r>
        <w:rPr>
          <w:rFonts w:ascii="Arial" w:hAnsi="Arial"/>
          <w:b w:val="0"/>
          <w:color w:val="333333"/>
          <w:sz w:val="21"/>
          <w:u w:val="none"/>
          <w:rFonts w:ascii="Arial" w:hAnsi="Arial" w:eastAsia="微軟正黑體"/>
        </w:rPr>
        <w:t>年，享年</w:t>
      </w:r>
      <w:r>
        <w:rPr>
          <w:rFonts w:ascii="Arial" w:hAnsi="Arial"/>
          <w:b/>
          <w:color w:val="B42318"/>
          <w:sz w:val="21"/>
          <w:u w:val="single"/>
          <w:rFonts w:ascii="Arial" w:hAnsi="Arial" w:eastAsia="微軟正黑體"/>
        </w:rPr>
        <w:t xml:space="preserve"> 75 </w:t>
      </w:r>
      <w:r>
        <w:rPr>
          <w:rFonts w:ascii="Arial" w:hAnsi="Arial"/>
          <w:b w:val="0"/>
          <w:color w:val="333333"/>
          <w:sz w:val="21"/>
          <w:u w:val="none"/>
          <w:rFonts w:ascii="Arial" w:hAnsi="Arial" w:eastAsia="微軟正黑體"/>
        </w:rPr>
        <w:t>歲。</w:t>
      </w:r>
    </w:p>
    <w:p w:rsidR="0006725B" w:rsidRPr="00A1437E" w:rsidRDefault="00641ADC">
      <w:pPr>
        <w:spacing w:before="40" w:after="50" w:line="288" w:lineRule="auto"/>
        <w:rPr>
          <w:sz w:val="24"/>
          <w:szCs w:val="24"/>
          <w:lang w:eastAsia="zh-TW"/>
        </w:rPr>
      </w:pPr>
      <w:r>
        <w:rPr>
          <w:rFonts w:ascii="Arial" w:hAnsi="Arial"/>
          <w:b/>
          <w:color w:val="23459A"/>
          <w:sz w:val="21"/>
          <w:u w:val="none"/>
          <w:rFonts w:ascii="Arial" w:hAnsi="Arial" w:eastAsia="微軟正黑體"/>
        </w:rPr>
        <w:t xml:space="preserve">3. </w:t>
      </w:r>
      <w:r>
        <w:rPr>
          <w:rFonts w:ascii="Arial" w:hAnsi="Arial"/>
          <w:b w:val="0"/>
          <w:color w:val="333333"/>
          <w:sz w:val="21"/>
          <w:u w:val="none"/>
          <w:rFonts w:ascii="Arial" w:hAnsi="Arial" w:eastAsia="微軟正黑體"/>
        </w:rPr>
        <w:t>他與</w:t>
      </w:r>
      <w:r>
        <w:rPr>
          <w:rFonts w:ascii="Arial" w:hAnsi="Arial"/>
          <w:b/>
          <w:color w:val="B42318"/>
          <w:sz w:val="21"/>
          <w:u w:val="single"/>
          <w:rFonts w:ascii="Arial" w:hAnsi="Arial" w:eastAsia="微軟正黑體"/>
        </w:rPr>
        <w:t xml:space="preserve"> 元稹 </w:t>
      </w:r>
      <w:r>
        <w:rPr>
          <w:rFonts w:ascii="Arial" w:hAnsi="Arial"/>
          <w:b w:val="0"/>
          <w:color w:val="333333"/>
          <w:sz w:val="21"/>
          <w:u w:val="none"/>
          <w:rFonts w:ascii="Arial" w:hAnsi="Arial" w:eastAsia="微軟正黑體"/>
        </w:rPr>
        <w:t>並稱「元白」，二人共同提倡「</w:t>
      </w:r>
      <w:r>
        <w:rPr>
          <w:rFonts w:ascii="Arial" w:hAnsi="Arial"/>
          <w:b/>
          <w:color w:val="B42318"/>
          <w:sz w:val="21"/>
          <w:u w:val="single"/>
          <w:rFonts w:ascii="Arial" w:hAnsi="Arial" w:eastAsia="微軟正黑體"/>
        </w:rPr>
        <w:t xml:space="preserve"> 新樂府 </w:t>
      </w:r>
      <w:r>
        <w:rPr>
          <w:rFonts w:ascii="Arial" w:hAnsi="Arial"/>
          <w:b w:val="0"/>
          <w:color w:val="333333"/>
          <w:sz w:val="21"/>
          <w:u w:val="none"/>
          <w:rFonts w:ascii="Arial" w:hAnsi="Arial" w:eastAsia="微軟正黑體"/>
        </w:rPr>
        <w:t>運動」。</w:t>
      </w:r>
    </w:p>
    <w:p w:rsidR="0006725B" w:rsidRPr="00A1437E" w:rsidRDefault="00641ADC">
      <w:pPr>
        <w:spacing w:before="40" w:after="50" w:line="288" w:lineRule="auto"/>
        <w:rPr>
          <w:sz w:val="24"/>
          <w:szCs w:val="24"/>
          <w:lang w:eastAsia="zh-TW"/>
        </w:rPr>
      </w:pPr>
      <w:proofErr w:type="gramStart"/>
      <w:proofErr w:type="gramEnd"/>
      <w:proofErr w:type="gramStart"/>
      <w:proofErr w:type="gramEnd"/>
      <w:r>
        <w:rPr>
          <w:rFonts w:ascii="Arial" w:hAnsi="Arial"/>
          <w:b/>
          <w:color w:val="23459A"/>
          <w:sz w:val="21"/>
          <w:u w:val="none"/>
          <w:rFonts w:ascii="Arial" w:hAnsi="Arial" w:eastAsia="微軟正黑體"/>
        </w:rPr>
        <w:t xml:space="preserve">4. </w:t>
      </w:r>
      <w:r>
        <w:rPr>
          <w:rFonts w:ascii="Arial" w:hAnsi="Arial"/>
          <w:b w:val="0"/>
          <w:color w:val="333333"/>
          <w:sz w:val="21"/>
          <w:u w:val="none"/>
          <w:rFonts w:ascii="Arial" w:hAnsi="Arial" w:eastAsia="微軟正黑體"/>
        </w:rPr>
        <w:t>他的寫作主張是：「文章合為</w:t>
      </w:r>
      <w:r>
        <w:rPr>
          <w:rFonts w:ascii="Arial" w:hAnsi="Arial"/>
          <w:b/>
          <w:color w:val="B42318"/>
          <w:sz w:val="21"/>
          <w:u w:val="single"/>
          <w:rFonts w:ascii="Arial" w:hAnsi="Arial" w:eastAsia="微軟正黑體"/>
        </w:rPr>
        <w:t xml:space="preserve"> 時 </w:t>
      </w:r>
      <w:r>
        <w:rPr>
          <w:rFonts w:ascii="Arial" w:hAnsi="Arial"/>
          <w:b w:val="0"/>
          <w:color w:val="333333"/>
          <w:sz w:val="21"/>
          <w:u w:val="none"/>
          <w:rFonts w:ascii="Arial" w:hAnsi="Arial" w:eastAsia="微軟正黑體"/>
        </w:rPr>
        <w:t>而著，歌詩合為</w:t>
      </w:r>
      <w:r>
        <w:rPr>
          <w:rFonts w:ascii="Arial" w:hAnsi="Arial"/>
          <w:b/>
          <w:color w:val="B42318"/>
          <w:sz w:val="21"/>
          <w:u w:val="single"/>
          <w:rFonts w:ascii="Arial" w:hAnsi="Arial" w:eastAsia="微軟正黑體"/>
        </w:rPr>
        <w:t xml:space="preserve"> 事 </w:t>
      </w:r>
      <w:r>
        <w:rPr>
          <w:rFonts w:ascii="Arial" w:hAnsi="Arial"/>
          <w:b w:val="0"/>
          <w:color w:val="333333"/>
          <w:sz w:val="21"/>
          <w:u w:val="none"/>
          <w:rFonts w:ascii="Arial" w:hAnsi="Arial" w:eastAsia="微軟正黑體"/>
        </w:rPr>
        <w:t>而作。」</w:t>
      </w:r>
    </w:p>
    <w:p w:rsidR="0006725B" w:rsidRPr="00A1437E" w:rsidRDefault="00641ADC">
      <w:pPr>
        <w:spacing w:before="40" w:after="50" w:line="288" w:lineRule="auto"/>
        <w:rPr>
          <w:sz w:val="24"/>
          <w:szCs w:val="24"/>
          <w:lang w:eastAsia="zh-TW"/>
        </w:rPr>
      </w:pPr>
      <w:r>
        <w:rPr>
          <w:rFonts w:ascii="Arial" w:hAnsi="Arial"/>
          <w:b/>
          <w:color w:val="23459A"/>
          <w:sz w:val="21"/>
          <w:u w:val="none"/>
          <w:rFonts w:ascii="Arial" w:hAnsi="Arial" w:eastAsia="微軟正黑體"/>
        </w:rPr>
        <w:t xml:space="preserve">5. </w:t>
      </w:r>
      <w:r>
        <w:rPr>
          <w:rFonts w:ascii="Arial" w:hAnsi="Arial"/>
          <w:b w:val="0"/>
          <w:color w:val="333333"/>
          <w:sz w:val="21"/>
          <w:u w:val="none"/>
          <w:rFonts w:ascii="Arial" w:hAnsi="Arial" w:eastAsia="微軟正黑體"/>
        </w:rPr>
        <w:t>白居易的詩平易近人，流傳至今共有</w:t>
      </w:r>
      <w:r>
        <w:rPr>
          <w:rFonts w:ascii="Arial" w:hAnsi="Arial"/>
          <w:b/>
          <w:color w:val="B42318"/>
          <w:sz w:val="21"/>
          <w:u w:val="single"/>
          <w:rFonts w:ascii="Arial" w:hAnsi="Arial" w:eastAsia="微軟正黑體"/>
        </w:rPr>
        <w:t xml:space="preserve"> 三千 </w:t>
      </w:r>
      <w:r>
        <w:rPr>
          <w:rFonts w:ascii="Arial" w:hAnsi="Arial"/>
          <w:b w:val="0"/>
          <w:color w:val="333333"/>
          <w:sz w:val="21"/>
          <w:u w:val="none"/>
          <w:rFonts w:ascii="Arial" w:hAnsi="Arial" w:eastAsia="微軟正黑體"/>
        </w:rPr>
        <w:t>餘首，是唐代作品數量最多的詩人。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864"/>
      </w:tblGrid>
      <w:tr w:rsidR="0006725B" w:rsidRPr="00A1437E">
        <w:trPr>
          <w:jc w:val="center"/>
        </w:trPr>
        <w:tc>
          <w:tcPr>
            <w:tcW w:w="9864" w:type="dxa"/>
            <w:tcBorders>
              <w:left w:val="single" w:sz="24" w:space="0" w:color="2563EB"/>
            </w:tcBorders>
            <w:shd w:val="clear" w:color="auto" w:fill="F3F6FB"/>
            <w:tcMar>
              <w:top w:w="80" w:type="dxa"/>
              <w:left w:w="140" w:type="dxa"/>
              <w:bottom w:w="80" w:type="dxa"/>
              <w:right w:w="140" w:type="dxa"/>
            </w:tcMar>
          </w:tcPr>
          <w:p w:rsidR="0006725B" w:rsidRPr="00A1437E" w:rsidRDefault="00641ADC">
            <w:pPr>
              <w:spacing w:before="40" w:after="40"/>
              <w:rPr>
                <w:sz w:val="24"/>
                <w:szCs w:val="24"/>
                <w:lang w:eastAsia="zh-TW"/>
              </w:rPr>
            </w:pPr>
            <w:r w:rsidRPr="00A1437E">
              <w:rPr>
                <w:rFonts w:ascii="Arial" w:eastAsia="微軟正黑體" w:hAnsi="Arial"/>
                <w:color w:val="666666"/>
                <w:sz w:val="24"/>
                <w:szCs w:val="24"/>
                <w:lang w:eastAsia="zh-TW"/>
              </w:rPr>
              <w:t>自學提示：從聊天室自我介紹中，找出姓名、別號、年代、文學主張與作品數量。</w:t>
            </w:r>
          </w:p>
        </w:tc>
      </w:tr>
    </w:tbl>
    <w:p w:rsidR="0006725B" w:rsidRPr="00A1437E" w:rsidRDefault="0006725B">
      <w:pPr>
        <w:spacing w:after="40"/>
        <w:rPr>
          <w:sz w:val="24"/>
          <w:szCs w:val="24"/>
          <w:lang w:eastAsia="zh-TW"/>
        </w:rPr>
      </w:pPr>
    </w:p>
    <w:p w:rsidR="0006725B" w:rsidRPr="00A1437E" w:rsidRDefault="00641ADC">
      <w:pPr>
        <w:keepNext/>
        <w:spacing w:before="140" w:after="60"/>
        <w:rPr>
          <w:sz w:val="24"/>
          <w:szCs w:val="24"/>
        </w:rPr>
      </w:pPr>
      <w:r w:rsidRPr="00A1437E">
        <w:rPr>
          <w:rFonts w:ascii="Arial" w:eastAsia="微軟正黑體" w:hAnsi="Arial"/>
          <w:b/>
          <w:color w:val="FFFFFF"/>
          <w:sz w:val="24"/>
          <w:szCs w:val="24"/>
          <w:shd w:val="clear" w:color="auto" w:fill="23459A"/>
          <w:lang w:eastAsia="zh-TW"/>
        </w:rPr>
        <w:t xml:space="preserve"> </w:t>
      </w:r>
      <w:r w:rsidRPr="00A1437E">
        <w:rPr>
          <w:rFonts w:ascii="Arial" w:eastAsia="微軟正黑體" w:hAnsi="Arial"/>
          <w:b/>
          <w:color w:val="FFFFFF"/>
          <w:sz w:val="24"/>
          <w:szCs w:val="24"/>
          <w:shd w:val="clear" w:color="auto" w:fill="23459A"/>
        </w:rPr>
        <w:t xml:space="preserve">2 </w:t>
      </w:r>
      <w:r w:rsidRPr="00A1437E">
        <w:rPr>
          <w:rFonts w:ascii="Arial" w:eastAsia="微軟正黑體" w:hAnsi="Arial"/>
          <w:color w:val="333333"/>
          <w:sz w:val="24"/>
          <w:szCs w:val="24"/>
        </w:rPr>
        <w:t xml:space="preserve">  </w:t>
      </w:r>
      <w:proofErr w:type="spellStart"/>
      <w:r w:rsidRPr="00A1437E">
        <w:rPr>
          <w:rFonts w:ascii="Arial" w:eastAsia="微軟正黑體" w:hAnsi="Arial"/>
          <w:b/>
          <w:color w:val="23459A"/>
          <w:sz w:val="24"/>
          <w:szCs w:val="24"/>
        </w:rPr>
        <w:t>得意作品</w:t>
      </w:r>
      <w:proofErr w:type="spellEnd"/>
      <w:r w:rsidRPr="00A1437E">
        <w:rPr>
          <w:rFonts w:ascii="Arial" w:eastAsia="微軟正黑體" w:hAnsi="Arial"/>
          <w:b/>
          <w:color w:val="23459A"/>
          <w:sz w:val="24"/>
          <w:szCs w:val="24"/>
        </w:rPr>
        <w:t xml:space="preserve"> (Masterpieces)</w:t>
      </w:r>
    </w:p>
    <w:p w:rsidR="0006725B" w:rsidRPr="00A1437E" w:rsidRDefault="00641ADC">
      <w:pPr>
        <w:spacing w:before="40" w:after="20"/>
        <w:rPr>
          <w:sz w:val="24"/>
          <w:szCs w:val="24"/>
        </w:rPr>
      </w:pPr>
      <w:r w:rsidRPr="00A1437E">
        <w:rPr>
          <w:rFonts w:ascii="Arial" w:eastAsia="微軟正黑體" w:hAnsi="Arial"/>
          <w:b/>
          <w:color w:val="23459A"/>
          <w:sz w:val="24"/>
          <w:szCs w:val="24"/>
        </w:rPr>
        <w:t xml:space="preserve">1. </w:t>
      </w:r>
      <w:r w:rsidRPr="00A1437E">
        <w:rPr>
          <w:rFonts w:ascii="Arial" w:eastAsia="微軟正黑體" w:hAnsi="Arial"/>
          <w:b/>
          <w:color w:val="23459A"/>
          <w:sz w:val="24"/>
          <w:szCs w:val="24"/>
        </w:rPr>
        <w:t>〈池上〉</w:t>
      </w:r>
    </w:p>
    <w:p w:rsidR="0006725B" w:rsidRPr="00A1437E" w:rsidRDefault="00641ADC">
      <w:pPr>
        <w:spacing w:before="40" w:after="50" w:line="288" w:lineRule="auto"/>
        <w:ind w:left="360"/>
        <w:rPr>
          <w:sz w:val="24"/>
          <w:szCs w:val="24"/>
        </w:rPr>
      </w:pPr>
      <w:proofErr w:type="spellStart"/>
      <w:proofErr w:type="spellEnd"/>
      <w:proofErr w:type="spellStart"/>
      <w:proofErr w:type="spellEnd"/>
      <w:r>
        <w:rPr>
          <w:rFonts w:ascii="Arial" w:hAnsi="Arial"/>
          <w:b w:val="0"/>
          <w:color w:val="333333"/>
          <w:sz w:val="21"/>
          <w:u w:val="none"/>
          <w:rFonts w:ascii="Arial" w:hAnsi="Arial" w:eastAsia="微軟正黑體"/>
        </w:rPr>
        <w:t>小娃撐</w:t>
      </w:r>
      <w:r>
        <w:rPr>
          <w:rFonts w:ascii="Arial" w:hAnsi="Arial"/>
          <w:b/>
          <w:color w:val="B42318"/>
          <w:sz w:val="21"/>
          <w:u w:val="single"/>
          <w:rFonts w:ascii="Arial" w:hAnsi="Arial" w:eastAsia="微軟正黑體"/>
        </w:rPr>
        <w:t xml:space="preserve"> 小艇 </w:t>
      </w:r>
      <w:r>
        <w:rPr>
          <w:rFonts w:ascii="Arial" w:hAnsi="Arial"/>
          <w:b w:val="0"/>
          <w:color w:val="333333"/>
          <w:sz w:val="21"/>
          <w:u w:val="none"/>
          <w:rFonts w:ascii="Arial" w:hAnsi="Arial" w:eastAsia="微軟正黑體"/>
        </w:rPr>
        <w:t>，偷採</w:t>
      </w:r>
      <w:r>
        <w:rPr>
          <w:rFonts w:ascii="Arial" w:hAnsi="Arial"/>
          <w:b/>
          <w:color w:val="B42318"/>
          <w:sz w:val="21"/>
          <w:u w:val="single"/>
          <w:rFonts w:ascii="Arial" w:hAnsi="Arial" w:eastAsia="微軟正黑體"/>
        </w:rPr>
        <w:t xml:space="preserve"> 白蓮 </w:t>
      </w:r>
      <w:r>
        <w:rPr>
          <w:rFonts w:ascii="Arial" w:hAnsi="Arial"/>
          <w:b w:val="0"/>
          <w:color w:val="333333"/>
          <w:sz w:val="21"/>
          <w:u w:val="none"/>
          <w:rFonts w:ascii="Arial" w:hAnsi="Arial" w:eastAsia="微軟正黑體"/>
        </w:rPr>
        <w:t>回。</w:t>
      </w:r>
    </w:p>
    <w:p w:rsidR="0006725B" w:rsidRPr="00A1437E" w:rsidRDefault="00641ADC">
      <w:pPr>
        <w:spacing w:before="40" w:after="50" w:line="288" w:lineRule="auto"/>
        <w:ind w:left="360"/>
        <w:rPr>
          <w:sz w:val="24"/>
          <w:szCs w:val="24"/>
        </w:rPr>
      </w:pPr>
      <w:proofErr w:type="spellStart"/>
      <w:proofErr w:type="spellEnd"/>
      <w:proofErr w:type="spellStart"/>
      <w:proofErr w:type="spellEnd"/>
      <w:r>
        <w:rPr>
          <w:rFonts w:ascii="Arial" w:hAnsi="Arial"/>
          <w:b w:val="0"/>
          <w:color w:val="333333"/>
          <w:sz w:val="21"/>
          <w:u w:val="none"/>
          <w:rFonts w:ascii="Arial" w:hAnsi="Arial" w:eastAsia="微軟正黑體"/>
        </w:rPr>
        <w:t>不解藏</w:t>
      </w:r>
      <w:r>
        <w:rPr>
          <w:rFonts w:ascii="Arial" w:hAnsi="Arial"/>
          <w:b/>
          <w:color w:val="B42318"/>
          <w:sz w:val="21"/>
          <w:u w:val="single"/>
          <w:rFonts w:ascii="Arial" w:hAnsi="Arial" w:eastAsia="微軟正黑體"/>
        </w:rPr>
        <w:t xml:space="preserve"> 蹤跡 </w:t>
      </w:r>
      <w:r>
        <w:rPr>
          <w:rFonts w:ascii="Arial" w:hAnsi="Arial"/>
          <w:b w:val="0"/>
          <w:color w:val="333333"/>
          <w:sz w:val="21"/>
          <w:u w:val="none"/>
          <w:rFonts w:ascii="Arial" w:hAnsi="Arial" w:eastAsia="微軟正黑體"/>
        </w:rPr>
        <w:t>，</w:t>
      </w:r>
      <w:r>
        <w:rPr>
          <w:rFonts w:ascii="Arial" w:hAnsi="Arial"/>
          <w:b/>
          <w:color w:val="B42318"/>
          <w:sz w:val="21"/>
          <w:u w:val="single"/>
          <w:rFonts w:ascii="Arial" w:hAnsi="Arial" w:eastAsia="微軟正黑體"/>
        </w:rPr>
        <w:t xml:space="preserve"> 浮萍 </w:t>
      </w:r>
      <w:r>
        <w:rPr>
          <w:rFonts w:ascii="Arial" w:hAnsi="Arial"/>
          <w:b w:val="0"/>
          <w:color w:val="333333"/>
          <w:sz w:val="21"/>
          <w:u w:val="none"/>
          <w:rFonts w:ascii="Arial" w:hAnsi="Arial" w:eastAsia="微軟正黑體"/>
        </w:rPr>
        <w:t>一道開。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864"/>
      </w:tblGrid>
      <w:tr w:rsidR="0006725B" w:rsidRPr="00A1437E">
        <w:trPr>
          <w:jc w:val="center"/>
        </w:trPr>
        <w:tc>
          <w:tcPr>
            <w:tcW w:w="9864" w:type="dxa"/>
            <w:tcBorders>
              <w:left w:val="single" w:sz="24" w:space="0" w:color="2563EB"/>
            </w:tcBorders>
            <w:shd w:val="clear" w:color="auto" w:fill="F3F6FB"/>
            <w:tcMar>
              <w:top w:w="80" w:type="dxa"/>
              <w:left w:w="140" w:type="dxa"/>
              <w:bottom w:w="80" w:type="dxa"/>
              <w:right w:w="140" w:type="dxa"/>
            </w:tcMar>
          </w:tcPr>
          <w:p w:rsidR="0006725B" w:rsidRPr="00A1437E" w:rsidRDefault="00641ADC">
            <w:pPr>
              <w:spacing w:before="40" w:after="40"/>
              <w:rPr>
                <w:sz w:val="24"/>
                <w:szCs w:val="24"/>
                <w:lang w:eastAsia="zh-TW"/>
              </w:rPr>
            </w:pPr>
            <w:r w:rsidRPr="00A1437E">
              <w:rPr>
                <w:rFonts w:ascii="Arial" w:eastAsia="微軟正黑體" w:hAnsi="Arial"/>
                <w:color w:val="666666"/>
                <w:sz w:val="24"/>
                <w:szCs w:val="24"/>
                <w:lang w:eastAsia="zh-TW"/>
              </w:rPr>
              <w:t>想一想：小娃雖然想隱藏行蹤，水面上哪一種植物留下了船行的痕跡？</w:t>
            </w:r>
          </w:p>
        </w:tc>
      </w:tr>
    </w:tbl>
    <w:p w:rsidR="0006725B" w:rsidRPr="00A1437E" w:rsidRDefault="00641ADC">
      <w:pPr>
        <w:spacing w:before="40" w:after="20"/>
        <w:rPr>
          <w:sz w:val="24"/>
          <w:szCs w:val="24"/>
          <w:lang w:eastAsia="zh-TW"/>
        </w:rPr>
      </w:pPr>
      <w:r w:rsidRPr="00A1437E">
        <w:rPr>
          <w:rFonts w:ascii="Arial" w:eastAsia="微軟正黑體" w:hAnsi="Arial"/>
          <w:b/>
          <w:color w:val="23459A"/>
          <w:sz w:val="24"/>
          <w:szCs w:val="24"/>
          <w:lang w:eastAsia="zh-TW"/>
        </w:rPr>
        <w:t xml:space="preserve">2. </w:t>
      </w:r>
      <w:r w:rsidRPr="00A1437E">
        <w:rPr>
          <w:rFonts w:ascii="Arial" w:eastAsia="微軟正黑體" w:hAnsi="Arial"/>
          <w:b/>
          <w:color w:val="23459A"/>
          <w:sz w:val="24"/>
          <w:szCs w:val="24"/>
          <w:lang w:eastAsia="zh-TW"/>
        </w:rPr>
        <w:t>〈問劉十九〉</w:t>
      </w:r>
    </w:p>
    <w:p w:rsidR="0006725B" w:rsidRPr="00A1437E" w:rsidRDefault="00641ADC">
      <w:pPr>
        <w:spacing w:before="40" w:after="50" w:line="288" w:lineRule="auto"/>
        <w:ind w:left="360"/>
        <w:rPr>
          <w:sz w:val="24"/>
          <w:szCs w:val="24"/>
          <w:lang w:eastAsia="zh-TW"/>
        </w:rPr>
      </w:pPr>
      <w:proofErr w:type="gramStart"/>
      <w:proofErr w:type="gramEnd"/>
      <w:proofErr w:type="gramStart"/>
      <w:proofErr w:type="gramEnd"/>
      <w:proofErr w:type="gramStart"/>
      <w:proofErr w:type="gramEnd"/>
      <w:proofErr w:type="gramStart"/>
      <w:proofErr w:type="gramEnd"/>
      <w:proofErr w:type="gramStart"/>
      <w:proofErr w:type="gramEnd"/>
      <w:r>
        <w:rPr>
          <w:rFonts w:ascii="Arial" w:hAnsi="Arial"/>
          <w:b w:val="0"/>
          <w:color w:val="333333"/>
          <w:sz w:val="21"/>
          <w:u w:val="none"/>
          <w:rFonts w:ascii="Arial" w:hAnsi="Arial" w:eastAsia="微軟正黑體"/>
        </w:rPr>
        <w:t>綠螘新醅酒，紅泥小火爐。晚來天欲</w:t>
      </w:r>
      <w:r>
        <w:rPr>
          <w:rFonts w:ascii="Arial" w:hAnsi="Arial"/>
          <w:b/>
          <w:color w:val="B42318"/>
          <w:sz w:val="21"/>
          <w:u w:val="single"/>
          <w:rFonts w:ascii="Arial" w:hAnsi="Arial" w:eastAsia="微軟正黑體"/>
        </w:rPr>
        <w:t xml:space="preserve"> 雪 </w:t>
      </w:r>
      <w:r>
        <w:rPr>
          <w:rFonts w:ascii="Arial" w:hAnsi="Arial"/>
          <w:b w:val="0"/>
          <w:color w:val="333333"/>
          <w:sz w:val="21"/>
          <w:u w:val="none"/>
          <w:rFonts w:ascii="Arial" w:hAnsi="Arial" w:eastAsia="微軟正黑體"/>
        </w:rPr>
        <w:t>，能飲一杯</w:t>
      </w:r>
      <w:r>
        <w:rPr>
          <w:rFonts w:ascii="Arial" w:hAnsi="Arial"/>
          <w:b/>
          <w:color w:val="B42318"/>
          <w:sz w:val="21"/>
          <w:u w:val="single"/>
          <w:rFonts w:ascii="Arial" w:hAnsi="Arial" w:eastAsia="微軟正黑體"/>
        </w:rPr>
        <w:t xml:space="preserve"> 無 </w:t>
      </w:r>
      <w:r>
        <w:rPr>
          <w:rFonts w:ascii="Arial" w:hAnsi="Arial"/>
          <w:b w:val="0"/>
          <w:color w:val="333333"/>
          <w:sz w:val="21"/>
          <w:u w:val="none"/>
          <w:rFonts w:ascii="Arial" w:hAnsi="Arial" w:eastAsia="微軟正黑體"/>
        </w:rPr>
        <w:t>？</w:t>
      </w:r>
    </w:p>
    <w:p w:rsidR="0006725B" w:rsidRPr="00A1437E" w:rsidRDefault="00641ADC">
      <w:pPr>
        <w:spacing w:before="40" w:after="50" w:line="288" w:lineRule="auto"/>
        <w:ind w:left="360"/>
        <w:rPr>
          <w:sz w:val="24"/>
          <w:szCs w:val="24"/>
          <w:lang w:eastAsia="zh-TW"/>
        </w:rPr>
      </w:pPr>
      <w:r>
        <w:rPr>
          <w:rFonts w:ascii="Arial" w:hAnsi="Arial"/>
          <w:b w:val="0"/>
          <w:color w:val="333333"/>
          <w:sz w:val="21"/>
          <w:u w:val="none"/>
          <w:rFonts w:ascii="Arial" w:hAnsi="Arial" w:eastAsia="微軟正黑體"/>
        </w:rPr>
        <w:t>這首詩描寫的情境是：</w:t>
      </w:r>
      <w:r>
        <w:rPr>
          <w:rFonts w:ascii="Arial" w:hAnsi="Arial"/>
          <w:b/>
          <w:color w:val="B42318"/>
          <w:sz w:val="21"/>
          <w:u w:val="single"/>
          <w:rFonts w:ascii="Arial" w:hAnsi="Arial" w:eastAsia="微軟正黑體"/>
        </w:rPr>
        <w:t xml:space="preserve"> 冬 </w:t>
      </w:r>
      <w:r>
        <w:rPr>
          <w:rFonts w:ascii="Arial" w:hAnsi="Arial"/>
          <w:b w:val="0"/>
          <w:color w:val="333333"/>
          <w:sz w:val="21"/>
          <w:u w:val="none"/>
          <w:rFonts w:ascii="Arial" w:hAnsi="Arial" w:eastAsia="微軟正黑體"/>
        </w:rPr>
        <w:t>季的夜晚，詩人邀請</w:t>
      </w:r>
      <w:r>
        <w:rPr>
          <w:rFonts w:ascii="Arial" w:hAnsi="Arial"/>
          <w:b/>
          <w:color w:val="B42318"/>
          <w:sz w:val="21"/>
          <w:u w:val="single"/>
          <w:rFonts w:ascii="Arial" w:hAnsi="Arial" w:eastAsia="微軟正黑體"/>
        </w:rPr>
        <w:t xml:space="preserve"> 劉十九 </w:t>
      </w:r>
      <w:r>
        <w:rPr>
          <w:rFonts w:ascii="Arial" w:hAnsi="Arial"/>
          <w:b w:val="0"/>
          <w:color w:val="333333"/>
          <w:sz w:val="21"/>
          <w:u w:val="none"/>
          <w:rFonts w:ascii="Arial" w:hAnsi="Arial" w:eastAsia="微軟正黑體"/>
        </w:rPr>
        <w:t>一起飲酒。</w:t>
      </w:r>
    </w:p>
    <w:p w:rsidR="0006725B" w:rsidRPr="00A1437E" w:rsidRDefault="00641ADC">
      <w:pPr>
        <w:spacing w:before="40" w:after="20"/>
        <w:rPr>
          <w:sz w:val="24"/>
          <w:szCs w:val="24"/>
          <w:lang w:eastAsia="zh-TW"/>
        </w:rPr>
      </w:pPr>
      <w:r w:rsidRPr="00A1437E">
        <w:rPr>
          <w:rFonts w:ascii="Arial" w:eastAsia="微軟正黑體" w:hAnsi="Arial"/>
          <w:b/>
          <w:color w:val="23459A"/>
          <w:sz w:val="24"/>
          <w:szCs w:val="24"/>
          <w:lang w:eastAsia="zh-TW"/>
        </w:rPr>
        <w:t xml:space="preserve">3. </w:t>
      </w:r>
      <w:r w:rsidRPr="00A1437E">
        <w:rPr>
          <w:rFonts w:ascii="Arial" w:eastAsia="微軟正黑體" w:hAnsi="Arial"/>
          <w:b/>
          <w:color w:val="23459A"/>
          <w:sz w:val="24"/>
          <w:szCs w:val="24"/>
          <w:lang w:eastAsia="zh-TW"/>
        </w:rPr>
        <w:t>〈慈烏夜啼〉（節錄）</w:t>
      </w:r>
    </w:p>
    <w:p w:rsidR="0006725B" w:rsidRPr="00A1437E" w:rsidRDefault="00641ADC">
      <w:pPr>
        <w:spacing w:before="20" w:after="40"/>
        <w:ind w:left="360"/>
        <w:rPr>
          <w:sz w:val="24"/>
          <w:szCs w:val="24"/>
          <w:lang w:eastAsia="zh-TW"/>
        </w:rPr>
      </w:pPr>
      <w:proofErr w:type="gramStart"/>
      <w:r w:rsidRPr="00A1437E">
        <w:rPr>
          <w:rFonts w:ascii="Arial" w:eastAsia="微軟正黑體" w:hAnsi="Arial"/>
          <w:b/>
          <w:color w:val="23459A"/>
          <w:sz w:val="24"/>
          <w:szCs w:val="24"/>
          <w:lang w:eastAsia="zh-TW"/>
        </w:rPr>
        <w:t>慈烏失其</w:t>
      </w:r>
      <w:proofErr w:type="gramEnd"/>
      <w:r w:rsidRPr="00A1437E">
        <w:rPr>
          <w:rFonts w:ascii="Arial" w:eastAsia="微軟正黑體" w:hAnsi="Arial"/>
          <w:b/>
          <w:color w:val="23459A"/>
          <w:sz w:val="24"/>
          <w:szCs w:val="24"/>
          <w:lang w:eastAsia="zh-TW"/>
        </w:rPr>
        <w:t>母，啞啞</w:t>
      </w:r>
      <w:proofErr w:type="gramStart"/>
      <w:r w:rsidRPr="00A1437E">
        <w:rPr>
          <w:rFonts w:ascii="Arial" w:eastAsia="微軟正黑體" w:hAnsi="Arial"/>
          <w:b/>
          <w:color w:val="23459A"/>
          <w:sz w:val="24"/>
          <w:szCs w:val="24"/>
          <w:lang w:eastAsia="zh-TW"/>
        </w:rPr>
        <w:t>吐哀音</w:t>
      </w:r>
      <w:proofErr w:type="gramEnd"/>
      <w:r w:rsidRPr="00A1437E">
        <w:rPr>
          <w:rFonts w:ascii="Arial" w:eastAsia="微軟正黑體" w:hAnsi="Arial"/>
          <w:b/>
          <w:color w:val="23459A"/>
          <w:sz w:val="24"/>
          <w:szCs w:val="24"/>
          <w:lang w:eastAsia="zh-TW"/>
        </w:rPr>
        <w:t>。晝夜不飛去，經</w:t>
      </w:r>
      <w:proofErr w:type="gramStart"/>
      <w:r w:rsidRPr="00A1437E">
        <w:rPr>
          <w:rFonts w:ascii="Arial" w:eastAsia="微軟正黑體" w:hAnsi="Arial"/>
          <w:b/>
          <w:color w:val="23459A"/>
          <w:sz w:val="24"/>
          <w:szCs w:val="24"/>
          <w:lang w:eastAsia="zh-TW"/>
        </w:rPr>
        <w:t>年守故</w:t>
      </w:r>
      <w:proofErr w:type="gramEnd"/>
      <w:r w:rsidRPr="00A1437E">
        <w:rPr>
          <w:rFonts w:ascii="Arial" w:eastAsia="微軟正黑體" w:hAnsi="Arial"/>
          <w:b/>
          <w:color w:val="23459A"/>
          <w:sz w:val="24"/>
          <w:szCs w:val="24"/>
          <w:lang w:eastAsia="zh-TW"/>
        </w:rPr>
        <w:t>林。</w:t>
      </w:r>
      <w:r w:rsidRPr="00A1437E">
        <w:rPr>
          <w:rFonts w:ascii="Arial" w:eastAsia="微軟正黑體" w:hAnsi="Arial"/>
          <w:b/>
          <w:color w:val="23459A"/>
          <w:sz w:val="24"/>
          <w:szCs w:val="24"/>
          <w:lang w:eastAsia="zh-TW"/>
        </w:rPr>
        <w:br/>
      </w:r>
      <w:r w:rsidRPr="00A1437E">
        <w:rPr>
          <w:rFonts w:ascii="Arial" w:eastAsia="微軟正黑體" w:hAnsi="Arial"/>
          <w:b/>
          <w:color w:val="23459A"/>
          <w:sz w:val="24"/>
          <w:szCs w:val="24"/>
          <w:lang w:eastAsia="zh-TW"/>
        </w:rPr>
        <w:t>聲中如告訴，未盡反哺心。</w:t>
      </w:r>
      <w:proofErr w:type="gramStart"/>
      <w:r w:rsidRPr="00A1437E">
        <w:rPr>
          <w:rFonts w:ascii="Arial" w:eastAsia="微軟正黑體" w:hAnsi="Arial"/>
          <w:b/>
          <w:color w:val="23459A"/>
          <w:sz w:val="24"/>
          <w:szCs w:val="24"/>
          <w:lang w:eastAsia="zh-TW"/>
        </w:rPr>
        <w:t>百鳥豈無</w:t>
      </w:r>
      <w:proofErr w:type="gramEnd"/>
      <w:r w:rsidRPr="00A1437E">
        <w:rPr>
          <w:rFonts w:ascii="Arial" w:eastAsia="微軟正黑體" w:hAnsi="Arial"/>
          <w:b/>
          <w:color w:val="23459A"/>
          <w:sz w:val="24"/>
          <w:szCs w:val="24"/>
          <w:lang w:eastAsia="zh-TW"/>
        </w:rPr>
        <w:t>母？</w:t>
      </w:r>
      <w:proofErr w:type="gramStart"/>
      <w:r w:rsidRPr="00A1437E">
        <w:rPr>
          <w:rFonts w:ascii="Arial" w:eastAsia="微軟正黑體" w:hAnsi="Arial"/>
          <w:b/>
          <w:color w:val="23459A"/>
          <w:sz w:val="24"/>
          <w:szCs w:val="24"/>
          <w:lang w:eastAsia="zh-TW"/>
        </w:rPr>
        <w:t>爾獨哀怨</w:t>
      </w:r>
      <w:proofErr w:type="gramEnd"/>
      <w:r w:rsidRPr="00A1437E">
        <w:rPr>
          <w:rFonts w:ascii="Arial" w:eastAsia="微軟正黑體" w:hAnsi="Arial"/>
          <w:b/>
          <w:color w:val="23459A"/>
          <w:sz w:val="24"/>
          <w:szCs w:val="24"/>
          <w:lang w:eastAsia="zh-TW"/>
        </w:rPr>
        <w:t>深。</w:t>
      </w:r>
    </w:p>
    <w:p w:rsidR="0006725B" w:rsidRPr="00A1437E" w:rsidRDefault="00641ADC">
      <w:pPr>
        <w:spacing w:before="40" w:after="50" w:line="288" w:lineRule="auto"/>
        <w:ind w:left="360"/>
        <w:rPr>
          <w:rFonts w:ascii="Arial" w:eastAsia="微軟正黑體" w:hAnsi="Arial"/>
          <w:color w:val="333333"/>
          <w:sz w:val="24"/>
          <w:szCs w:val="24"/>
          <w:lang w:eastAsia="zh-TW"/>
        </w:rPr>
      </w:pPr>
      <w:proofErr w:type="gramStart"/>
      <w:proofErr w:type="gramEnd"/>
      <w:r>
        <w:rPr>
          <w:rFonts w:ascii="Arial" w:hAnsi="Arial"/>
          <w:b w:val="0"/>
          <w:color w:val="333333"/>
          <w:sz w:val="21"/>
          <w:u w:val="none"/>
          <w:rFonts w:ascii="Arial" w:hAnsi="Arial" w:eastAsia="微軟正黑體"/>
        </w:rPr>
        <w:t>詩人借慈烏表達</w:t>
      </w:r>
      <w:r>
        <w:rPr>
          <w:rFonts w:ascii="Arial" w:hAnsi="Arial"/>
          <w:b/>
          <w:color w:val="B42318"/>
          <w:sz w:val="21"/>
          <w:u w:val="single"/>
          <w:rFonts w:ascii="Arial" w:hAnsi="Arial" w:eastAsia="微軟正黑體"/>
        </w:rPr>
        <w:t xml:space="preserve"> 喪母 </w:t>
      </w:r>
      <w:r>
        <w:rPr>
          <w:rFonts w:ascii="Arial" w:hAnsi="Arial"/>
          <w:b w:val="0"/>
          <w:color w:val="333333"/>
          <w:sz w:val="21"/>
          <w:u w:val="none"/>
          <w:rFonts w:ascii="Arial" w:hAnsi="Arial" w:eastAsia="微軟正黑體"/>
        </w:rPr>
        <w:t>之痛，以及想報答親恩卻來不及的</w:t>
      </w:r>
      <w:r>
        <w:rPr>
          <w:rFonts w:ascii="Arial" w:hAnsi="Arial"/>
          <w:b/>
          <w:color w:val="B42318"/>
          <w:sz w:val="21"/>
          <w:u w:val="single"/>
          <w:rFonts w:ascii="Arial" w:hAnsi="Arial" w:eastAsia="微軟正黑體"/>
        </w:rPr>
        <w:t xml:space="preserve"> 遺憾 </w:t>
      </w:r>
      <w:r>
        <w:rPr>
          <w:rFonts w:ascii="Arial" w:hAnsi="Arial"/>
          <w:b w:val="0"/>
          <w:color w:val="333333"/>
          <w:sz w:val="21"/>
          <w:u w:val="none"/>
          <w:rFonts w:ascii="Arial" w:hAnsi="Arial" w:eastAsia="微軟正黑體"/>
        </w:rPr>
        <w:t>。</w:t>
      </w:r>
    </w:p>
    <w:p w:rsidR="0006725B" w:rsidRPr="00A1437E" w:rsidRDefault="00641ADC">
      <w:pPr>
        <w:keepNext/>
        <w:spacing w:before="140" w:after="60"/>
        <w:rPr>
          <w:sz w:val="24"/>
          <w:szCs w:val="24"/>
          <w:lang w:eastAsia="zh-TW"/>
        </w:rPr>
      </w:pPr>
      <w:r w:rsidRPr="00A1437E">
        <w:rPr>
          <w:rFonts w:ascii="Arial" w:eastAsia="微軟正黑體" w:hAnsi="Arial"/>
          <w:b/>
          <w:color w:val="FFFFFF"/>
          <w:sz w:val="24"/>
          <w:szCs w:val="24"/>
          <w:shd w:val="clear" w:color="auto" w:fill="23459A"/>
          <w:lang w:eastAsia="zh-TW"/>
        </w:rPr>
        <w:t xml:space="preserve"> 3 </w:t>
      </w:r>
      <w:r w:rsidRPr="00A1437E">
        <w:rPr>
          <w:rFonts w:ascii="Arial" w:eastAsia="微軟正黑體" w:hAnsi="Arial"/>
          <w:color w:val="333333"/>
          <w:sz w:val="24"/>
          <w:szCs w:val="24"/>
          <w:lang w:eastAsia="zh-TW"/>
        </w:rPr>
        <w:t xml:space="preserve">  </w:t>
      </w:r>
      <w:r w:rsidRPr="00A1437E">
        <w:rPr>
          <w:rFonts w:ascii="Arial" w:eastAsia="微軟正黑體" w:hAnsi="Arial"/>
          <w:b/>
          <w:color w:val="23459A"/>
          <w:sz w:val="24"/>
          <w:szCs w:val="24"/>
          <w:lang w:eastAsia="zh-TW"/>
        </w:rPr>
        <w:t>八卦趣聞</w:t>
      </w:r>
      <w:r w:rsidRPr="00A1437E">
        <w:rPr>
          <w:rFonts w:ascii="Arial" w:eastAsia="微軟正黑體" w:hAnsi="Arial"/>
          <w:b/>
          <w:color w:val="23459A"/>
          <w:sz w:val="24"/>
          <w:szCs w:val="24"/>
          <w:lang w:eastAsia="zh-TW"/>
        </w:rPr>
        <w:t xml:space="preserve"> (Trending Gossip)</w:t>
      </w:r>
    </w:p>
    <w:p w:rsidR="0006725B" w:rsidRPr="00A1437E" w:rsidRDefault="00641ADC">
      <w:pPr>
        <w:spacing w:before="40" w:after="50" w:line="288" w:lineRule="auto"/>
        <w:rPr>
          <w:sz w:val="24"/>
          <w:szCs w:val="24"/>
          <w:lang w:eastAsia="zh-TW"/>
        </w:rPr>
      </w:pPr>
      <w:r>
        <w:rPr>
          <w:rFonts w:ascii="Arial" w:hAnsi="Arial"/>
          <w:b/>
          <w:color w:val="23459A"/>
          <w:sz w:val="21"/>
          <w:u w:val="none"/>
          <w:rFonts w:ascii="Arial" w:hAnsi="Arial" w:eastAsia="微軟正黑體"/>
        </w:rPr>
        <w:t xml:space="preserve">1. </w:t>
      </w:r>
      <w:r>
        <w:rPr>
          <w:rFonts w:ascii="Arial" w:hAnsi="Arial"/>
          <w:b w:val="0"/>
          <w:color w:val="333333"/>
          <w:sz w:val="21"/>
          <w:u w:val="none"/>
          <w:rFonts w:ascii="Arial" w:hAnsi="Arial" w:eastAsia="微軟正黑體"/>
        </w:rPr>
        <w:t>白居易與摯友</w:t>
      </w:r>
      <w:r>
        <w:rPr>
          <w:rFonts w:ascii="Arial" w:hAnsi="Arial"/>
          <w:b/>
          <w:color w:val="B42318"/>
          <w:sz w:val="21"/>
          <w:u w:val="single"/>
          <w:rFonts w:ascii="Arial" w:hAnsi="Arial" w:eastAsia="微軟正黑體"/>
        </w:rPr>
        <w:t xml:space="preserve"> 元稹 </w:t>
      </w:r>
      <w:r>
        <w:rPr>
          <w:rFonts w:ascii="Arial" w:hAnsi="Arial"/>
          <w:b w:val="0"/>
          <w:color w:val="333333"/>
          <w:sz w:val="21"/>
          <w:u w:val="none"/>
          <w:rFonts w:ascii="Arial" w:hAnsi="Arial" w:eastAsia="微軟正黑體"/>
        </w:rPr>
        <w:t>相識三十年，詩文唱和超過</w:t>
      </w:r>
      <w:r>
        <w:rPr>
          <w:rFonts w:ascii="Arial" w:hAnsi="Arial"/>
          <w:b/>
          <w:color w:val="B42318"/>
          <w:sz w:val="21"/>
          <w:u w:val="single"/>
          <w:rFonts w:ascii="Arial" w:hAnsi="Arial" w:eastAsia="微軟正黑體"/>
        </w:rPr>
        <w:t xml:space="preserve"> 九百 </w:t>
      </w:r>
      <w:r>
        <w:rPr>
          <w:rFonts w:ascii="Arial" w:hAnsi="Arial"/>
          <w:b w:val="0"/>
          <w:color w:val="333333"/>
          <w:sz w:val="21"/>
          <w:u w:val="none"/>
          <w:rFonts w:ascii="Arial" w:hAnsi="Arial" w:eastAsia="微軟正黑體"/>
        </w:rPr>
        <w:t>章。</w:t>
      </w:r>
    </w:p>
    <w:p w:rsidR="0006725B" w:rsidRPr="00A1437E" w:rsidRDefault="00641ADC">
      <w:pPr>
        <w:spacing w:before="40" w:after="50" w:line="288" w:lineRule="auto"/>
        <w:rPr>
          <w:sz w:val="24"/>
          <w:szCs w:val="24"/>
          <w:lang w:eastAsia="zh-TW"/>
        </w:rPr>
      </w:pPr>
      <w:r>
        <w:rPr>
          <w:rFonts w:ascii="Arial" w:hAnsi="Arial"/>
          <w:b/>
          <w:color w:val="23459A"/>
          <w:sz w:val="21"/>
          <w:u w:val="none"/>
          <w:rFonts w:ascii="Arial" w:hAnsi="Arial" w:eastAsia="微軟正黑體"/>
        </w:rPr>
        <w:t xml:space="preserve">2. </w:t>
      </w:r>
      <w:r>
        <w:rPr>
          <w:rFonts w:ascii="Arial" w:hAnsi="Arial"/>
          <w:b w:val="0"/>
          <w:color w:val="333333"/>
          <w:sz w:val="21"/>
          <w:u w:val="none"/>
          <w:rFonts w:ascii="Arial" w:hAnsi="Arial" w:eastAsia="微軟正黑體"/>
        </w:rPr>
        <w:t>十六歲時，他帶著〈</w:t>
      </w:r>
      <w:r>
        <w:rPr>
          <w:rFonts w:ascii="Arial" w:hAnsi="Arial"/>
          <w:b/>
          <w:color w:val="B42318"/>
          <w:sz w:val="21"/>
          <w:u w:val="single"/>
          <w:rFonts w:ascii="Arial" w:hAnsi="Arial" w:eastAsia="微軟正黑體"/>
        </w:rPr>
        <w:t xml:space="preserve"> 賦得古原草送別 </w:t>
      </w:r>
      <w:r>
        <w:rPr>
          <w:rFonts w:ascii="Arial" w:hAnsi="Arial"/>
          <w:b w:val="0"/>
          <w:color w:val="333333"/>
          <w:sz w:val="21"/>
          <w:u w:val="none"/>
          <w:rFonts w:ascii="Arial" w:hAnsi="Arial" w:eastAsia="微軟正黑體"/>
        </w:rPr>
        <w:t>〉拜訪前輩顧況。</w:t>
      </w:r>
    </w:p>
    <w:p w:rsidR="0006725B" w:rsidRPr="00A1437E" w:rsidRDefault="00641ADC">
      <w:pPr>
        <w:pageBreakBefore/>
        <w:spacing w:before="40" w:after="50" w:line="288" w:lineRule="auto"/>
        <w:rPr>
          <w:sz w:val="24"/>
          <w:szCs w:val="24"/>
          <w:lang w:eastAsia="zh-TW"/>
        </w:rPr>
      </w:pPr>
      <w:r>
        <w:rPr>
          <w:rFonts w:ascii="Arial" w:hAnsi="Arial"/>
          <w:b/>
          <w:color w:val="23459A"/>
          <w:sz w:val="21"/>
          <w:u w:val="none"/>
          <w:rFonts w:ascii="Arial" w:hAnsi="Arial" w:eastAsia="微軟正黑體"/>
        </w:rPr>
        <w:t xml:space="preserve">3. </w:t>
      </w:r>
      <w:r>
        <w:rPr>
          <w:rFonts w:ascii="Arial" w:hAnsi="Arial"/>
          <w:b w:val="0"/>
          <w:color w:val="333333"/>
          <w:sz w:val="21"/>
          <w:u w:val="none"/>
          <w:rFonts w:ascii="Arial" w:hAnsi="Arial" w:eastAsia="微軟正黑體"/>
        </w:rPr>
        <w:t>顧況讀到「野火燒不盡，</w:t>
      </w:r>
      <w:r>
        <w:rPr>
          <w:rFonts w:ascii="Arial" w:hAnsi="Arial"/>
          <w:b/>
          <w:color w:val="B42318"/>
          <w:sz w:val="21"/>
          <w:u w:val="single"/>
          <w:rFonts w:ascii="Arial" w:hAnsi="Arial" w:eastAsia="微軟正黑體"/>
        </w:rPr>
        <w:t xml:space="preserve"> 春風吹又生 </w:t>
      </w:r>
      <w:r>
        <w:rPr>
          <w:rFonts w:ascii="Arial" w:hAnsi="Arial"/>
          <w:b w:val="0"/>
          <w:color w:val="333333"/>
          <w:sz w:val="21"/>
          <w:u w:val="none"/>
          <w:rFonts w:ascii="Arial" w:hAnsi="Arial" w:eastAsia="微軟正黑體"/>
        </w:rPr>
        <w:t>」後，立刻對他改觀。</w:t>
      </w:r>
    </w:p>
    <w:p w:rsidR="0006725B" w:rsidRDefault="00641ADC">
      <w:pPr>
        <w:spacing w:before="40" w:after="50" w:line="288" w:lineRule="auto"/>
        <w:rPr>
          <w:rFonts w:ascii="Arial" w:eastAsia="微軟正黑體" w:hAnsi="Arial"/>
          <w:color w:val="333333"/>
          <w:sz w:val="24"/>
          <w:szCs w:val="24"/>
          <w:lang w:eastAsia="zh-TW"/>
        </w:rPr>
      </w:pPr>
      <w:r>
        <w:rPr>
          <w:rFonts w:ascii="Arial" w:hAnsi="Arial"/>
          <w:b/>
          <w:color w:val="23459A"/>
          <w:sz w:val="21"/>
          <w:u w:val="none"/>
          <w:rFonts w:ascii="Arial" w:hAnsi="Arial" w:eastAsia="微軟正黑體"/>
        </w:rPr>
        <w:t xml:space="preserve">4. </w:t>
      </w:r>
      <w:r>
        <w:rPr>
          <w:rFonts w:ascii="Arial" w:hAnsi="Arial"/>
          <w:b w:val="0"/>
          <w:color w:val="333333"/>
          <w:sz w:val="21"/>
          <w:u w:val="none"/>
          <w:rFonts w:ascii="Arial" w:hAnsi="Arial" w:eastAsia="微軟正黑體"/>
        </w:rPr>
        <w:t>相傳白居易把新詩讀給</w:t>
      </w:r>
      <w:r>
        <w:rPr>
          <w:rFonts w:ascii="Arial" w:hAnsi="Arial"/>
          <w:b/>
          <w:color w:val="B42318"/>
          <w:sz w:val="21"/>
          <w:u w:val="single"/>
          <w:rFonts w:ascii="Arial" w:hAnsi="Arial" w:eastAsia="微軟正黑體"/>
        </w:rPr>
        <w:t xml:space="preserve"> 老婦人 </w:t>
      </w:r>
      <w:r>
        <w:rPr>
          <w:rFonts w:ascii="Arial" w:hAnsi="Arial"/>
          <w:b w:val="0"/>
          <w:color w:val="333333"/>
          <w:sz w:val="21"/>
          <w:u w:val="none"/>
          <w:rFonts w:ascii="Arial" w:hAnsi="Arial" w:eastAsia="微軟正黑體"/>
        </w:rPr>
        <w:t>聽；若對方不懂，他便反覆</w:t>
      </w:r>
      <w:r>
        <w:rPr>
          <w:rFonts w:ascii="Arial" w:hAnsi="Arial"/>
          <w:b/>
          <w:color w:val="B42318"/>
          <w:sz w:val="21"/>
          <w:u w:val="single"/>
          <w:rFonts w:ascii="Arial" w:hAnsi="Arial" w:eastAsia="微軟正黑體"/>
        </w:rPr>
        <w:t xml:space="preserve"> 修改 </w:t>
      </w:r>
      <w:r>
        <w:rPr>
          <w:rFonts w:ascii="Arial" w:hAnsi="Arial"/>
          <w:b w:val="0"/>
          <w:color w:val="333333"/>
          <w:sz w:val="21"/>
          <w:u w:val="none"/>
          <w:rFonts w:ascii="Arial" w:hAnsi="Arial" w:eastAsia="微軟正黑體"/>
        </w:rPr>
        <w:t>。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864"/>
      </w:tblGrid>
      <w:tr w:rsidR="00A97595" w:rsidRPr="00A1437E" w:rsidTr="006E0BF3">
        <w:trPr>
          <w:jc w:val="center"/>
        </w:trPr>
        <w:tc>
          <w:tcPr>
            <w:tcW w:w="9864" w:type="dxa"/>
            <w:tcBorders>
              <w:left w:val="single" w:sz="24" w:space="0" w:color="2563EB"/>
            </w:tcBorders>
            <w:shd w:val="clear" w:color="auto" w:fill="F3F6FB"/>
            <w:tcMar>
              <w:top w:w="80" w:type="dxa"/>
              <w:left w:w="140" w:type="dxa"/>
              <w:bottom w:w="80" w:type="dxa"/>
              <w:right w:w="140" w:type="dxa"/>
            </w:tcMar>
          </w:tcPr>
          <w:p w:rsidR="00A97595" w:rsidRPr="00A1437E" w:rsidRDefault="00A97595" w:rsidP="006E0BF3">
            <w:pPr>
              <w:spacing w:before="40" w:after="40"/>
              <w:rPr>
                <w:sz w:val="24"/>
                <w:szCs w:val="24"/>
                <w:lang w:eastAsia="zh-TW"/>
              </w:rPr>
            </w:pPr>
            <w:r w:rsidRPr="00A1437E">
              <w:rPr>
                <w:rFonts w:ascii="Arial" w:eastAsia="微軟正黑體" w:hAnsi="Arial"/>
                <w:color w:val="666666"/>
                <w:sz w:val="24"/>
                <w:szCs w:val="24"/>
                <w:lang w:eastAsia="zh-TW"/>
              </w:rPr>
              <w:t>自學提示：點擊聊天室「課堂模式」輸入密碼</w:t>
            </w:r>
            <w:r>
              <w:rPr>
                <w:rFonts w:ascii="Arial" w:eastAsia="微軟正黑體" w:hAnsi="Arial" w:hint="eastAsia"/>
                <w:color w:val="666666"/>
                <w:sz w:val="24"/>
                <w:szCs w:val="24"/>
                <w:lang w:eastAsia="zh-TW"/>
              </w:rPr>
              <w:t>「</w:t>
            </w:r>
            <w:r>
              <w:rPr>
                <w:rFonts w:ascii="Arial" w:eastAsia="微軟正黑體" w:hAnsi="Arial" w:hint="eastAsia"/>
                <w:color w:val="666666"/>
                <w:sz w:val="24"/>
                <w:szCs w:val="24"/>
                <w:lang w:eastAsia="zh-TW"/>
              </w:rPr>
              <w:t>2</w:t>
            </w:r>
            <w:r>
              <w:rPr>
                <w:rFonts w:ascii="Arial" w:eastAsia="微軟正黑體" w:hAnsi="Arial"/>
                <w:color w:val="666666"/>
                <w:sz w:val="24"/>
                <w:szCs w:val="24"/>
                <w:lang w:eastAsia="zh-TW"/>
              </w:rPr>
              <w:t>762625</w:t>
            </w:r>
            <w:r>
              <w:rPr>
                <w:rFonts w:ascii="Arial" w:eastAsia="微軟正黑體" w:hAnsi="Arial" w:hint="eastAsia"/>
                <w:color w:val="666666"/>
                <w:sz w:val="24"/>
                <w:szCs w:val="24"/>
                <w:lang w:eastAsia="zh-TW"/>
              </w:rPr>
              <w:t>」</w:t>
            </w:r>
            <w:r w:rsidRPr="00A1437E">
              <w:rPr>
                <w:rFonts w:ascii="Arial" w:eastAsia="微軟正黑體" w:hAnsi="Arial"/>
                <w:color w:val="666666"/>
                <w:sz w:val="24"/>
                <w:szCs w:val="24"/>
                <w:lang w:eastAsia="zh-TW"/>
              </w:rPr>
              <w:t>，即可</w:t>
            </w:r>
            <w:r>
              <w:rPr>
                <w:rFonts w:ascii="Arial" w:eastAsia="微軟正黑體" w:hAnsi="Arial" w:hint="eastAsia"/>
                <w:color w:val="666666"/>
                <w:sz w:val="24"/>
                <w:szCs w:val="24"/>
                <w:lang w:eastAsia="zh-TW"/>
              </w:rPr>
              <w:t>啟動</w:t>
            </w:r>
            <w:r>
              <w:rPr>
                <w:rFonts w:ascii="Arial" w:eastAsia="微軟正黑體" w:hAnsi="Arial" w:hint="eastAsia"/>
                <w:color w:val="666666"/>
                <w:sz w:val="24"/>
                <w:szCs w:val="24"/>
                <w:lang w:eastAsia="zh-TW"/>
              </w:rPr>
              <w:t>AI</w:t>
            </w:r>
            <w:r>
              <w:rPr>
                <w:rFonts w:ascii="Arial" w:eastAsia="微軟正黑體" w:hAnsi="Arial" w:hint="eastAsia"/>
                <w:color w:val="666666"/>
                <w:sz w:val="24"/>
                <w:szCs w:val="24"/>
                <w:lang w:eastAsia="zh-TW"/>
              </w:rPr>
              <w:t>功能</w:t>
            </w:r>
            <w:r w:rsidRPr="00A1437E">
              <w:rPr>
                <w:rFonts w:ascii="Arial" w:eastAsia="微軟正黑體" w:hAnsi="Arial"/>
                <w:color w:val="666666"/>
                <w:sz w:val="24"/>
                <w:szCs w:val="24"/>
                <w:lang w:eastAsia="zh-TW"/>
              </w:rPr>
              <w:t>！</w:t>
            </w:r>
          </w:p>
        </w:tc>
      </w:tr>
    </w:tbl>
    <w:p w:rsidR="0006725B" w:rsidRPr="00A1437E" w:rsidRDefault="00641ADC">
      <w:pPr>
        <w:keepNext/>
        <w:spacing w:before="140" w:after="60"/>
        <w:rPr>
          <w:sz w:val="24"/>
          <w:szCs w:val="24"/>
          <w:lang w:eastAsia="zh-TW"/>
        </w:rPr>
      </w:pPr>
      <w:r w:rsidRPr="00A1437E">
        <w:rPr>
          <w:rFonts w:ascii="Arial" w:eastAsia="微軟正黑體" w:hAnsi="Arial"/>
          <w:b/>
          <w:color w:val="FFFFFF"/>
          <w:sz w:val="24"/>
          <w:szCs w:val="24"/>
          <w:shd w:val="clear" w:color="auto" w:fill="0B6330"/>
          <w:lang w:eastAsia="zh-TW"/>
        </w:rPr>
        <w:t xml:space="preserve"> 4 </w:t>
      </w:r>
      <w:r w:rsidRPr="00A1437E">
        <w:rPr>
          <w:rFonts w:ascii="Arial" w:eastAsia="微軟正黑體" w:hAnsi="Arial"/>
          <w:color w:val="333333"/>
          <w:sz w:val="24"/>
          <w:szCs w:val="24"/>
          <w:lang w:eastAsia="zh-TW"/>
        </w:rPr>
        <w:t xml:space="preserve">  </w:t>
      </w:r>
      <w:r w:rsidRPr="00A1437E">
        <w:rPr>
          <w:rFonts w:ascii="Arial" w:eastAsia="微軟正黑體" w:hAnsi="Arial"/>
          <w:b/>
          <w:color w:val="0B6330"/>
          <w:sz w:val="24"/>
          <w:szCs w:val="24"/>
          <w:lang w:eastAsia="zh-TW"/>
        </w:rPr>
        <w:t xml:space="preserve">AI </w:t>
      </w:r>
      <w:r w:rsidRPr="00A1437E">
        <w:rPr>
          <w:rFonts w:ascii="Arial" w:eastAsia="微軟正黑體" w:hAnsi="Arial"/>
          <w:b/>
          <w:color w:val="0B6330"/>
          <w:sz w:val="24"/>
          <w:szCs w:val="24"/>
          <w:lang w:eastAsia="zh-TW"/>
        </w:rPr>
        <w:t>詩</w:t>
      </w:r>
      <w:proofErr w:type="gramStart"/>
      <w:r w:rsidRPr="00A1437E">
        <w:rPr>
          <w:rFonts w:ascii="Arial" w:eastAsia="微軟正黑體" w:hAnsi="Arial"/>
          <w:b/>
          <w:color w:val="0B6330"/>
          <w:sz w:val="24"/>
          <w:szCs w:val="24"/>
          <w:lang w:eastAsia="zh-TW"/>
        </w:rPr>
        <w:t>塾</w:t>
      </w:r>
      <w:proofErr w:type="gramEnd"/>
      <w:r w:rsidRPr="00A1437E">
        <w:rPr>
          <w:rFonts w:ascii="Arial" w:eastAsia="微軟正黑體" w:hAnsi="Arial"/>
          <w:b/>
          <w:color w:val="0B6330"/>
          <w:sz w:val="24"/>
          <w:szCs w:val="24"/>
          <w:lang w:eastAsia="zh-TW"/>
        </w:rPr>
        <w:t>與修辭診斷</w:t>
      </w:r>
      <w:r w:rsidRPr="00A1437E">
        <w:rPr>
          <w:rFonts w:ascii="Arial" w:eastAsia="微軟正黑體" w:hAnsi="Arial"/>
          <w:b/>
          <w:color w:val="0B6330"/>
          <w:sz w:val="24"/>
          <w:szCs w:val="24"/>
          <w:lang w:eastAsia="zh-TW"/>
        </w:rPr>
        <w:t xml:space="preserve"> (AI Dialogue &amp; Check)</w:t>
      </w:r>
    </w:p>
    <w:p w:rsidR="0006725B" w:rsidRPr="00A1437E" w:rsidRDefault="00641ADC">
      <w:pPr>
        <w:spacing w:before="40" w:after="40"/>
        <w:rPr>
          <w:sz w:val="24"/>
          <w:szCs w:val="24"/>
          <w:lang w:eastAsia="zh-TW"/>
        </w:rPr>
      </w:pPr>
      <w:r w:rsidRPr="00A1437E">
        <w:rPr>
          <w:rFonts w:ascii="Arial" w:eastAsia="微軟正黑體" w:hAnsi="Arial"/>
          <w:b/>
          <w:color w:val="0B6330"/>
          <w:sz w:val="24"/>
          <w:szCs w:val="24"/>
          <w:lang w:eastAsia="zh-TW"/>
        </w:rPr>
        <w:t>【任務</w:t>
      </w:r>
      <w:r w:rsidRPr="00A1437E">
        <w:rPr>
          <w:rFonts w:ascii="Arial" w:eastAsia="微軟正黑體" w:hAnsi="Arial"/>
          <w:b/>
          <w:color w:val="0B6330"/>
          <w:sz w:val="24"/>
          <w:szCs w:val="24"/>
          <w:lang w:eastAsia="zh-TW"/>
        </w:rPr>
        <w:t xml:space="preserve"> 1</w:t>
      </w:r>
      <w:r w:rsidRPr="00A1437E">
        <w:rPr>
          <w:rFonts w:ascii="Arial" w:eastAsia="微軟正黑體" w:hAnsi="Arial"/>
          <w:b/>
          <w:color w:val="0B6330"/>
          <w:sz w:val="24"/>
          <w:szCs w:val="24"/>
          <w:lang w:eastAsia="zh-TW"/>
        </w:rPr>
        <w:t>】基礎友情考核（請圈選正確答案）：</w:t>
      </w:r>
    </w:p>
    <w:p w:rsidR="0006725B" w:rsidRPr="00A1437E" w:rsidRDefault="00641ADC">
      <w:pPr>
        <w:spacing w:before="20" w:after="40"/>
        <w:ind w:left="288"/>
        <w:rPr>
          <w:sz w:val="24"/>
          <w:szCs w:val="24"/>
          <w:lang w:eastAsia="zh-TW"/>
        </w:rPr>
      </w:pPr>
      <w:r>
        <w:rPr>
          <w:rFonts w:ascii="Arial" w:hAnsi="Arial"/>
          <w:b w:val="0"/>
          <w:color w:val="333333"/>
          <w:sz w:val="20"/>
          <w:u w:val="none"/>
          <w:rFonts w:ascii="Arial" w:hAnsi="Arial" w:eastAsia="微軟正黑體"/>
        </w:rPr>
        <w:t xml:space="preserve">1. 「老嫗能解」典故中的作法？  </w:t>
      </w:r>
      <w:r>
        <w:rPr>
          <w:rFonts w:ascii="Arial" w:hAnsi="Arial"/>
          <w:b/>
          <w:color w:val="B42318"/>
          <w:sz w:val="20"/>
          <w:u w:val="none"/>
          <w:rFonts w:ascii="Arial" w:hAnsi="Arial" w:eastAsia="微軟正黑體"/>
        </w:rPr>
        <w:t xml:space="preserve">■ A 讀給老婦人聽(解答)  </w:t>
      </w:r>
      <w:r>
        <w:rPr>
          <w:rFonts w:ascii="Arial" w:hAnsi="Arial"/>
          <w:b w:val="0"/>
          <w:color w:val="666666"/>
          <w:sz w:val="20"/>
          <w:u w:val="none"/>
          <w:rFonts w:ascii="Arial" w:hAnsi="Arial" w:eastAsia="微軟正黑體"/>
        </w:rPr>
        <w:t>□ B 交官員評定  □ C 只給文人看</w:t>
      </w:r>
    </w:p>
    <w:p w:rsidR="0006725B" w:rsidRPr="00A1437E" w:rsidRDefault="00641ADC">
      <w:pPr>
        <w:spacing w:before="20" w:after="60"/>
        <w:ind w:left="288"/>
        <w:rPr>
          <w:sz w:val="24"/>
          <w:szCs w:val="24"/>
          <w:lang w:eastAsia="zh-TW"/>
        </w:rPr>
      </w:pPr>
      <w:r>
        <w:rPr>
          <w:rFonts w:ascii="Arial" w:hAnsi="Arial"/>
          <w:b w:val="0"/>
          <w:color w:val="333333"/>
          <w:sz w:val="20"/>
          <w:u w:val="none"/>
          <w:rFonts w:ascii="Arial" w:hAnsi="Arial" w:eastAsia="微軟正黑體"/>
        </w:rPr>
        <w:t xml:space="preserve">2. 〈琵琶行〉同病相憐的名句？  </w:t>
      </w:r>
      <w:r>
        <w:rPr>
          <w:rFonts w:ascii="Arial" w:hAnsi="Arial"/>
          <w:b/>
          <w:color w:val="B42318"/>
          <w:sz w:val="20"/>
          <w:u w:val="none"/>
          <w:rFonts w:ascii="Arial" w:hAnsi="Arial" w:eastAsia="微軟正黑體"/>
        </w:rPr>
        <w:t xml:space="preserve">■ A 同是天涯淪落人(解答)  </w:t>
      </w:r>
      <w:r>
        <w:rPr>
          <w:rFonts w:ascii="Arial" w:hAnsi="Arial"/>
          <w:b w:val="0"/>
          <w:color w:val="666666"/>
          <w:sz w:val="20"/>
          <w:u w:val="none"/>
          <w:rFonts w:ascii="Arial" w:hAnsi="Arial" w:eastAsia="微軟正黑體"/>
        </w:rPr>
        <w:t>□ B 天長地久有時盡</w:t>
      </w:r>
    </w:p>
    <w:p w:rsidR="0006725B" w:rsidRPr="00A1437E" w:rsidRDefault="00641ADC">
      <w:pPr>
        <w:spacing w:before="60" w:after="40"/>
        <w:rPr>
          <w:sz w:val="24"/>
          <w:szCs w:val="24"/>
          <w:lang w:eastAsia="zh-TW"/>
        </w:rPr>
      </w:pPr>
      <w:r w:rsidRPr="00A1437E">
        <w:rPr>
          <w:rFonts w:ascii="Arial" w:eastAsia="微軟正黑體" w:hAnsi="Arial"/>
          <w:b/>
          <w:color w:val="0B6330"/>
          <w:sz w:val="24"/>
          <w:szCs w:val="24"/>
          <w:lang w:eastAsia="zh-TW"/>
        </w:rPr>
        <w:t>【任務</w:t>
      </w:r>
      <w:r w:rsidRPr="00A1437E">
        <w:rPr>
          <w:rFonts w:ascii="Arial" w:eastAsia="微軟正黑體" w:hAnsi="Arial"/>
          <w:b/>
          <w:color w:val="0B6330"/>
          <w:sz w:val="24"/>
          <w:szCs w:val="24"/>
          <w:lang w:eastAsia="zh-TW"/>
        </w:rPr>
        <w:t xml:space="preserve"> </w:t>
      </w:r>
      <w:r w:rsidRPr="00A1437E">
        <w:rPr>
          <w:rFonts w:ascii="Arial" w:eastAsia="微軟正黑體" w:hAnsi="Arial"/>
          <w:b/>
          <w:color w:val="0B6330"/>
          <w:sz w:val="24"/>
          <w:szCs w:val="24"/>
          <w:lang w:eastAsia="zh-TW"/>
        </w:rPr>
        <w:t>2</w:t>
      </w:r>
      <w:r w:rsidRPr="00A1437E">
        <w:rPr>
          <w:rFonts w:ascii="Arial" w:eastAsia="微軟正黑體" w:hAnsi="Arial"/>
          <w:b/>
          <w:color w:val="0B6330"/>
          <w:sz w:val="24"/>
          <w:szCs w:val="24"/>
          <w:lang w:eastAsia="zh-TW"/>
        </w:rPr>
        <w:t>】進入「樂天詩</w:t>
      </w:r>
      <w:proofErr w:type="gramStart"/>
      <w:r w:rsidRPr="00A1437E">
        <w:rPr>
          <w:rFonts w:ascii="Arial" w:eastAsia="微軟正黑體" w:hAnsi="Arial"/>
          <w:b/>
          <w:color w:val="0B6330"/>
          <w:sz w:val="24"/>
          <w:szCs w:val="24"/>
          <w:lang w:eastAsia="zh-TW"/>
        </w:rPr>
        <w:t>塾</w:t>
      </w:r>
      <w:proofErr w:type="gramEnd"/>
      <w:r w:rsidRPr="00A1437E">
        <w:rPr>
          <w:rFonts w:ascii="Arial" w:eastAsia="微軟正黑體" w:hAnsi="Arial"/>
          <w:b/>
          <w:color w:val="0B6330"/>
          <w:sz w:val="24"/>
          <w:szCs w:val="24"/>
          <w:lang w:eastAsia="zh-TW"/>
        </w:rPr>
        <w:t>」接受白居易抽考，並摘記對話要點：</w:t>
      </w:r>
    </w:p>
    <w:p w:rsidR="0006725B" w:rsidRPr="00A1437E" w:rsidRDefault="00641ADC">
      <w:pPr>
        <w:spacing w:before="40" w:after="50" w:line="288" w:lineRule="auto"/>
        <w:ind w:left="288"/>
        <w:rPr>
          <w:sz w:val="24"/>
          <w:szCs w:val="24"/>
        </w:rPr>
      </w:pPr>
      <w:r>
        <w:rPr>
          <w:rFonts w:ascii="Arial" w:hAnsi="Arial"/>
          <w:b/>
          <w:color w:val="23459A"/>
          <w:sz w:val="20"/>
          <w:u w:val="none"/>
          <w:rFonts w:ascii="Arial" w:hAnsi="Arial" w:eastAsia="微軟正黑體"/>
        </w:rPr>
        <w:t xml:space="preserve">A. </w:t>
      </w:r>
      <w:r>
        <w:rPr>
          <w:rFonts w:ascii="Arial" w:hAnsi="Arial"/>
          <w:b w:val="0"/>
          <w:color w:val="333333"/>
          <w:sz w:val="20"/>
          <w:u w:val="none"/>
          <w:rFonts w:ascii="Arial" w:hAnsi="Arial" w:eastAsia="微軟正黑體"/>
        </w:rPr>
        <w:t>先生抽考的名句：《</w:t>
      </w:r>
      <w:r>
        <w:rPr>
          <w:rFonts w:ascii="Arial" w:hAnsi="Arial"/>
          <w:b/>
          <w:color w:val="B42318"/>
          <w:sz w:val="20"/>
          <w:u w:val="single"/>
          <w:rFonts w:ascii="Arial" w:hAnsi="Arial" w:eastAsia="微軟正黑體"/>
        </w:rPr>
        <w:t xml:space="preserve"> 長恨歌 </w:t>
      </w:r>
      <w:r>
        <w:rPr>
          <w:rFonts w:ascii="Arial" w:hAnsi="Arial"/>
          <w:b w:val="0"/>
          <w:color w:val="333333"/>
          <w:sz w:val="20"/>
          <w:u w:val="none"/>
          <w:rFonts w:ascii="Arial" w:hAnsi="Arial" w:eastAsia="微軟正黑體"/>
        </w:rPr>
        <w:t>》「</w:t>
      </w:r>
      <w:r>
        <w:rPr>
          <w:rFonts w:ascii="Arial" w:hAnsi="Arial"/>
          <w:b/>
          <w:color w:val="B42318"/>
          <w:sz w:val="20"/>
          <w:u w:val="single"/>
          <w:rFonts w:ascii="Arial" w:hAnsi="Arial" w:eastAsia="微軟正黑體"/>
        </w:rPr>
        <w:t xml:space="preserve"> 回眸一笑百媚生，六宮粉黛無顏色 </w:t>
      </w:r>
      <w:r>
        <w:rPr>
          <w:rFonts w:ascii="Arial" w:hAnsi="Arial"/>
          <w:b w:val="0"/>
          <w:color w:val="333333"/>
          <w:sz w:val="20"/>
          <w:u w:val="none"/>
          <w:rFonts w:ascii="Arial" w:hAnsi="Arial" w:eastAsia="微軟正黑體"/>
        </w:rPr>
        <w:t>」</w:t>
      </w:r>
    </w:p>
    <w:p w:rsidR="0006725B" w:rsidRPr="00A1437E" w:rsidRDefault="00641ADC">
      <w:pPr>
        <w:spacing w:before="20" w:after="60"/>
        <w:ind w:left="288"/>
        <w:rPr>
          <w:sz w:val="24"/>
          <w:szCs w:val="24"/>
          <w:lang w:eastAsia="zh-TW"/>
        </w:rPr>
      </w:pPr>
      <w:bookmarkStart w:id="0" w:name="_GoBack"/>
      <w:bookmarkEnd w:id="0"/>
      <w:r>
        <w:rPr>
          <w:rFonts w:ascii="Arial" w:hAnsi="Arial"/>
          <w:b w:val="0"/>
          <w:color w:val="333333"/>
          <w:sz w:val="20"/>
          <w:u w:val="none"/>
          <w:rFonts w:ascii="Arial" w:hAnsi="Arial" w:eastAsia="微軟正黑體"/>
        </w:rPr>
        <w:t>B. 我的理解與先生點評要點：</w:t>
      </w:r>
      <w:r>
        <w:rPr>
          <w:rFonts w:ascii="Arial" w:hAnsi="Arial"/>
          <w:b/>
          <w:color w:val="B42318"/>
          <w:sz w:val="20"/>
          <w:u w:val="none"/>
          <w:rFonts w:ascii="Arial" w:hAnsi="Arial" w:eastAsia="微軟正黑體"/>
        </w:rPr>
        <w:t xml:space="preserve"> （參考）極力描摹貴妃絕代姿容，烘托玄宗專寵之深。</w:t>
      </w:r>
    </w:p>
    <w:p w:rsidR="0006725B" w:rsidRPr="00A1437E" w:rsidRDefault="00641ADC">
      <w:pPr>
        <w:spacing w:before="60" w:after="40"/>
        <w:rPr>
          <w:sz w:val="24"/>
          <w:szCs w:val="24"/>
          <w:lang w:eastAsia="zh-TW"/>
        </w:rPr>
      </w:pPr>
      <w:r w:rsidRPr="00A1437E">
        <w:rPr>
          <w:rFonts w:ascii="Arial" w:eastAsia="微軟正黑體" w:hAnsi="Arial"/>
          <w:b/>
          <w:color w:val="0B6330"/>
          <w:sz w:val="24"/>
          <w:szCs w:val="24"/>
          <w:lang w:eastAsia="zh-TW"/>
        </w:rPr>
        <w:t>【任務</w:t>
      </w:r>
      <w:r w:rsidRPr="00A1437E">
        <w:rPr>
          <w:rFonts w:ascii="Arial" w:eastAsia="微軟正黑體" w:hAnsi="Arial"/>
          <w:b/>
          <w:color w:val="0B6330"/>
          <w:sz w:val="24"/>
          <w:szCs w:val="24"/>
          <w:lang w:eastAsia="zh-TW"/>
        </w:rPr>
        <w:t xml:space="preserve"> 3</w:t>
      </w:r>
      <w:r w:rsidRPr="00A1437E">
        <w:rPr>
          <w:rFonts w:ascii="Arial" w:eastAsia="微軟正黑體" w:hAnsi="Arial"/>
          <w:b/>
          <w:color w:val="0B6330"/>
          <w:sz w:val="24"/>
          <w:szCs w:val="24"/>
          <w:lang w:eastAsia="zh-TW"/>
        </w:rPr>
        <w:t>】進入「老嫗診斷所」測試一句現代生活隨筆，請先生把脈：</w:t>
      </w:r>
    </w:p>
    <w:p w:rsidR="0006725B" w:rsidRPr="00A97595" w:rsidRDefault="00641ADC" w:rsidP="00A97595">
      <w:pPr>
        <w:spacing w:after="40" w:line="360" w:lineRule="auto"/>
        <w:ind w:firstLine="288"/>
        <w:rPr>
          <w:rFonts w:eastAsia="新細明體" w:hint="eastAsia"/>
          <w:sz w:val="24"/>
          <w:szCs w:val="24"/>
          <w:lang w:eastAsia="zh-TW"/>
        </w:rPr>
      </w:pPr>
      <w:r>
        <w:rPr>
          <w:rFonts w:ascii="Arial" w:hAnsi="Arial"/>
          <w:b w:val="0"/>
          <w:color w:val="333333"/>
          <w:sz w:val="20"/>
          <w:u w:val="none"/>
          <w:rFonts w:ascii="Arial" w:hAnsi="Arial" w:eastAsia="微軟正黑體"/>
        </w:rPr>
        <w:t>A. 我送測的原句：</w:t>
      </w:r>
      <w:r>
        <w:rPr>
          <w:rFonts w:ascii="Arial" w:hAnsi="Arial"/>
          <w:b/>
          <w:color w:val="B42318"/>
          <w:sz w:val="20"/>
          <w:u w:val="none"/>
          <w:rFonts w:ascii="Arial" w:hAnsi="Arial" w:eastAsia="微軟正黑體"/>
        </w:rPr>
        <w:t xml:space="preserve"> （例）今日段考失利，心中甚是鬱悶不樂。</w:t>
      </w:r>
    </w:p>
    <w:p w:rsidR="0006725B" w:rsidRPr="00A97595" w:rsidRDefault="00641ADC" w:rsidP="00A97595">
      <w:pPr>
        <w:spacing w:before="20" w:after="60"/>
        <w:ind w:left="288"/>
        <w:rPr>
          <w:rFonts w:eastAsia="新細明體" w:hint="eastAsia"/>
          <w:sz w:val="24"/>
          <w:szCs w:val="24"/>
          <w:lang w:eastAsia="zh-TW"/>
        </w:rPr>
      </w:pPr>
      <w:r>
        <w:rPr>
          <w:rFonts w:ascii="Arial" w:hAnsi="Arial"/>
          <w:b w:val="0"/>
          <w:color w:val="333333"/>
          <w:sz w:val="20"/>
          <w:u w:val="none"/>
          <w:rFonts w:ascii="Arial" w:hAnsi="Arial" w:eastAsia="微軟正黑體"/>
        </w:rPr>
        <w:t>B. 先生的平易改寫：</w:t>
      </w:r>
      <w:r>
        <w:rPr>
          <w:rFonts w:ascii="Arial" w:hAnsi="Arial"/>
          <w:b/>
          <w:color w:val="B42318"/>
          <w:sz w:val="20"/>
          <w:u w:val="none"/>
          <w:rFonts w:ascii="Arial" w:hAnsi="Arial" w:eastAsia="微軟正黑體"/>
        </w:rPr>
        <w:t xml:space="preserve"> （例）今天試沒考好，心裡像壓了塊石頭，悶得透不過氣。</w:t>
      </w:r>
    </w:p>
    <w:p w:rsidR="00A1437E" w:rsidRPr="00A1437E" w:rsidRDefault="00A1437E" w:rsidP="00A1437E">
      <w:pPr>
        <w:keepNext/>
        <w:spacing w:before="140" w:after="60"/>
        <w:rPr>
          <w:sz w:val="24"/>
          <w:szCs w:val="24"/>
          <w:lang w:eastAsia="zh-TW"/>
        </w:rPr>
      </w:pPr>
      <w:r w:rsidRPr="00A1437E">
        <w:rPr>
          <w:rFonts w:ascii="Arial" w:eastAsia="微軟正黑體" w:hAnsi="Arial"/>
          <w:b/>
          <w:color w:val="FFFFFF"/>
          <w:sz w:val="24"/>
          <w:szCs w:val="24"/>
          <w:shd w:val="clear" w:color="auto" w:fill="0B6330"/>
          <w:lang w:eastAsia="zh-TW"/>
        </w:rPr>
        <w:t>5</w:t>
      </w:r>
      <w:r w:rsidRPr="00A1437E">
        <w:rPr>
          <w:rFonts w:ascii="Arial" w:eastAsia="微軟正黑體" w:hAnsi="Arial"/>
          <w:b/>
          <w:color w:val="FFFFFF"/>
          <w:sz w:val="24"/>
          <w:szCs w:val="24"/>
          <w:shd w:val="clear" w:color="auto" w:fill="0B6330"/>
          <w:lang w:eastAsia="zh-TW"/>
        </w:rPr>
        <w:t xml:space="preserve"> </w:t>
      </w:r>
      <w:r w:rsidRPr="00A1437E">
        <w:rPr>
          <w:rFonts w:ascii="Arial" w:eastAsia="微軟正黑體" w:hAnsi="Arial"/>
          <w:color w:val="333333"/>
          <w:sz w:val="24"/>
          <w:szCs w:val="24"/>
          <w:lang w:eastAsia="zh-TW"/>
        </w:rPr>
        <w:t xml:space="preserve">  </w:t>
      </w:r>
      <w:proofErr w:type="gramStart"/>
      <w:r w:rsidRPr="00A1437E">
        <w:rPr>
          <w:rFonts w:ascii="Arial" w:eastAsia="微軟正黑體" w:hAnsi="Arial" w:hint="eastAsia"/>
          <w:b/>
          <w:color w:val="0B6330"/>
          <w:sz w:val="24"/>
          <w:szCs w:val="24"/>
          <w:lang w:eastAsia="zh-TW"/>
        </w:rPr>
        <w:t>慈烏夜啼</w:t>
      </w:r>
      <w:proofErr w:type="gramEnd"/>
      <w:r w:rsidRPr="00A1437E">
        <w:rPr>
          <w:rFonts w:ascii="Arial" w:eastAsia="微軟正黑體" w:hAnsi="Arial"/>
          <w:b/>
          <w:color w:val="0B6330"/>
          <w:sz w:val="24"/>
          <w:szCs w:val="24"/>
          <w:lang w:eastAsia="zh-TW"/>
        </w:rPr>
        <w:t xml:space="preserve"> </w:t>
      </w:r>
      <w:r w:rsidRPr="00A1437E">
        <w:rPr>
          <w:rFonts w:ascii="Arial" w:eastAsia="微軟正黑體" w:hAnsi="Arial" w:hint="eastAsia"/>
          <w:b/>
          <w:color w:val="0B6330"/>
          <w:sz w:val="24"/>
          <w:szCs w:val="24"/>
          <w:lang w:eastAsia="zh-TW"/>
        </w:rPr>
        <w:t>AI</w:t>
      </w:r>
      <w:r w:rsidRPr="00A1437E">
        <w:rPr>
          <w:rFonts w:ascii="Arial" w:eastAsia="微軟正黑體" w:hAnsi="Arial" w:hint="eastAsia"/>
          <w:b/>
          <w:color w:val="0B6330"/>
          <w:sz w:val="24"/>
          <w:szCs w:val="24"/>
          <w:lang w:eastAsia="zh-TW"/>
        </w:rPr>
        <w:t>翻譯</w:t>
      </w:r>
    </w:p>
    <w:p w:rsidR="00A1437E" w:rsidRPr="00A97595" w:rsidRDefault="00A1437E" w:rsidP="00A97595">
      <w:pPr>
        <w:spacing w:before="20" w:after="60"/>
        <w:ind w:left="288"/>
        <w:rPr>
          <w:rFonts w:ascii="Arial" w:eastAsia="微軟正黑體" w:hAnsi="Arial"/>
          <w:color w:val="333333"/>
          <w:sz w:val="24"/>
          <w:szCs w:val="24"/>
          <w:lang w:eastAsia="zh-TW"/>
        </w:rPr>
      </w:pPr>
      <w:r>
        <w:rPr>
          <w:rFonts w:ascii="Arial" w:hAnsi="Arial"/>
          <w:b w:val="0"/>
          <w:color w:val="333333"/>
          <w:sz w:val="19"/>
          <w:u w:val="none"/>
          <w:rFonts w:ascii="Arial" w:hAnsi="Arial" w:eastAsia="微軟正黑體"/>
        </w:rPr>
        <w:t>【任務 】請將全文翻譯抄寫在課本上。</w:t>
      </w:r>
      <w:r>
        <w:rPr>
          <w:rFonts w:ascii="Arial" w:hAnsi="Arial"/>
          <w:b/>
          <w:color w:val="B42318"/>
          <w:sz w:val="18"/>
          <w:u w:val="none"/>
          <w:rFonts w:ascii="Arial" w:hAnsi="Arial" w:eastAsia="微軟正黑體"/>
        </w:rPr>
        <w:t xml:space="preserve"> （參考語譯：慈烏失母悲鳴守林，泣訴未盡反哺孝心，感嘆母育我而未及回報之憾。）</w:t>
      </w:r>
    </w:p>
    <w:p w:rsidR="00A1437E" w:rsidRPr="00A1437E" w:rsidRDefault="00A1437E">
      <w:pPr>
        <w:spacing w:after="40"/>
        <w:rPr>
          <w:rFonts w:eastAsia="新細明體"/>
          <w:sz w:val="24"/>
          <w:szCs w:val="24"/>
          <w:lang w:eastAsia="zh-TW"/>
        </w:rPr>
      </w:pPr>
    </w:p>
    <w:p w:rsidR="00A1437E" w:rsidRPr="00A1437E" w:rsidRDefault="00A1437E" w:rsidP="00A1437E">
      <w:pPr>
        <w:keepNext/>
        <w:spacing w:before="140" w:after="60"/>
        <w:rPr>
          <w:sz w:val="24"/>
          <w:szCs w:val="24"/>
          <w:lang w:eastAsia="zh-TW"/>
        </w:rPr>
      </w:pPr>
      <w:r w:rsidRPr="00A1437E">
        <w:rPr>
          <w:rFonts w:ascii="Arial" w:eastAsia="微軟正黑體" w:hAnsi="Arial"/>
          <w:b/>
          <w:color w:val="FFFFFF"/>
          <w:sz w:val="24"/>
          <w:szCs w:val="24"/>
          <w:shd w:val="clear" w:color="auto" w:fill="0B6330"/>
          <w:lang w:eastAsia="zh-TW"/>
        </w:rPr>
        <w:t>6</w:t>
      </w:r>
      <w:r w:rsidRPr="00A1437E">
        <w:rPr>
          <w:rFonts w:ascii="Arial" w:eastAsia="微軟正黑體" w:hAnsi="Arial"/>
          <w:b/>
          <w:color w:val="FFFFFF"/>
          <w:sz w:val="24"/>
          <w:szCs w:val="24"/>
          <w:shd w:val="clear" w:color="auto" w:fill="0B6330"/>
          <w:lang w:eastAsia="zh-TW"/>
        </w:rPr>
        <w:t xml:space="preserve"> </w:t>
      </w:r>
      <w:r w:rsidRPr="00A1437E">
        <w:rPr>
          <w:rFonts w:ascii="Arial" w:eastAsia="微軟正黑體" w:hAnsi="Arial"/>
          <w:color w:val="333333"/>
          <w:sz w:val="24"/>
          <w:szCs w:val="24"/>
          <w:lang w:eastAsia="zh-TW"/>
        </w:rPr>
        <w:t xml:space="preserve">  </w:t>
      </w:r>
      <w:r w:rsidRPr="00A1437E">
        <w:rPr>
          <w:rFonts w:ascii="Arial" w:eastAsia="微軟正黑體" w:hAnsi="Arial" w:hint="eastAsia"/>
          <w:b/>
          <w:color w:val="0B6330"/>
          <w:sz w:val="24"/>
          <w:szCs w:val="24"/>
          <w:lang w:eastAsia="zh-TW"/>
        </w:rPr>
        <w:t>寄物</w:t>
      </w:r>
      <w:proofErr w:type="gramStart"/>
      <w:r w:rsidRPr="00A1437E">
        <w:rPr>
          <w:rFonts w:ascii="Arial" w:eastAsia="微軟正黑體" w:hAnsi="Arial" w:hint="eastAsia"/>
          <w:b/>
          <w:color w:val="0B6330"/>
          <w:sz w:val="24"/>
          <w:szCs w:val="24"/>
          <w:lang w:eastAsia="zh-TW"/>
        </w:rPr>
        <w:t>託</w:t>
      </w:r>
      <w:proofErr w:type="gramEnd"/>
      <w:r w:rsidRPr="00A1437E">
        <w:rPr>
          <w:rFonts w:ascii="Arial" w:eastAsia="微軟正黑體" w:hAnsi="Arial" w:hint="eastAsia"/>
          <w:b/>
          <w:color w:val="0B6330"/>
          <w:sz w:val="24"/>
          <w:szCs w:val="24"/>
          <w:lang w:eastAsia="zh-TW"/>
        </w:rPr>
        <w:t>志</w:t>
      </w:r>
      <w:r w:rsidRPr="00A1437E">
        <w:rPr>
          <w:rFonts w:ascii="Arial" w:eastAsia="微軟正黑體" w:hAnsi="Arial"/>
          <w:b/>
          <w:color w:val="0B6330"/>
          <w:sz w:val="24"/>
          <w:szCs w:val="24"/>
          <w:lang w:eastAsia="zh-TW"/>
        </w:rPr>
        <w:t xml:space="preserve"> </w:t>
      </w:r>
      <w:r w:rsidRPr="00A1437E">
        <w:rPr>
          <w:rFonts w:ascii="Arial" w:eastAsia="微軟正黑體" w:hAnsi="Arial" w:hint="eastAsia"/>
          <w:b/>
          <w:color w:val="0B6330"/>
          <w:sz w:val="24"/>
          <w:szCs w:val="24"/>
          <w:lang w:eastAsia="zh-TW"/>
        </w:rPr>
        <w:t>AI</w:t>
      </w:r>
      <w:r w:rsidRPr="00A1437E">
        <w:rPr>
          <w:rFonts w:ascii="Arial" w:eastAsia="微軟正黑體" w:hAnsi="Arial" w:hint="eastAsia"/>
          <w:b/>
          <w:color w:val="0B6330"/>
          <w:sz w:val="24"/>
          <w:szCs w:val="24"/>
          <w:lang w:eastAsia="zh-TW"/>
        </w:rPr>
        <w:t>人機協作</w:t>
      </w:r>
    </w:p>
    <w:p w:rsidR="00A1437E" w:rsidRPr="00A1437E" w:rsidRDefault="00A1437E" w:rsidP="00A1437E">
      <w:pPr>
        <w:spacing w:before="40" w:after="40"/>
        <w:rPr>
          <w:sz w:val="24"/>
          <w:szCs w:val="24"/>
          <w:lang w:eastAsia="zh-TW"/>
        </w:rPr>
      </w:pPr>
      <w:r w:rsidRPr="00A1437E">
        <w:rPr>
          <w:rFonts w:ascii="Arial" w:eastAsia="微軟正黑體" w:hAnsi="Arial"/>
          <w:b/>
          <w:color w:val="0B6330"/>
          <w:sz w:val="24"/>
          <w:szCs w:val="24"/>
          <w:lang w:eastAsia="zh-TW"/>
        </w:rPr>
        <w:t>【任務</w:t>
      </w:r>
      <w:r w:rsidRPr="00A1437E">
        <w:rPr>
          <w:rFonts w:ascii="Arial" w:eastAsia="微軟正黑體" w:hAnsi="Arial"/>
          <w:b/>
          <w:color w:val="0B6330"/>
          <w:sz w:val="24"/>
          <w:szCs w:val="24"/>
          <w:lang w:eastAsia="zh-TW"/>
        </w:rPr>
        <w:t xml:space="preserve"> </w:t>
      </w:r>
      <w:r w:rsidRPr="00A1437E">
        <w:rPr>
          <w:rFonts w:ascii="Arial" w:eastAsia="微軟正黑體" w:hAnsi="Arial"/>
          <w:b/>
          <w:color w:val="0B6330"/>
          <w:sz w:val="24"/>
          <w:szCs w:val="24"/>
          <w:lang w:eastAsia="zh-TW"/>
        </w:rPr>
        <w:t>】</w:t>
      </w:r>
      <w:r w:rsidRPr="00A1437E">
        <w:rPr>
          <w:rFonts w:ascii="Arial" w:eastAsia="微軟正黑體" w:hAnsi="Arial" w:hint="eastAsia"/>
          <w:b/>
          <w:color w:val="0B6330"/>
          <w:sz w:val="24"/>
          <w:szCs w:val="24"/>
          <w:lang w:eastAsia="zh-TW"/>
        </w:rPr>
        <w:t>古人作詩，最講究「寄物</w:t>
      </w:r>
      <w:proofErr w:type="gramStart"/>
      <w:r w:rsidRPr="00A1437E">
        <w:rPr>
          <w:rFonts w:ascii="Arial" w:eastAsia="微軟正黑體" w:hAnsi="Arial" w:hint="eastAsia"/>
          <w:b/>
          <w:color w:val="0B6330"/>
          <w:sz w:val="24"/>
          <w:szCs w:val="24"/>
          <w:lang w:eastAsia="zh-TW"/>
        </w:rPr>
        <w:t>託</w:t>
      </w:r>
      <w:proofErr w:type="gramEnd"/>
      <w:r w:rsidRPr="00A1437E">
        <w:rPr>
          <w:rFonts w:ascii="Arial" w:eastAsia="微軟正黑體" w:hAnsi="Arial" w:hint="eastAsia"/>
          <w:b/>
          <w:color w:val="0B6330"/>
          <w:sz w:val="24"/>
          <w:szCs w:val="24"/>
          <w:lang w:eastAsia="zh-TW"/>
        </w:rPr>
        <w:t>志」</w:t>
      </w:r>
      <w:proofErr w:type="gramStart"/>
      <w:r w:rsidRPr="00A1437E">
        <w:rPr>
          <w:rFonts w:ascii="Arial" w:eastAsia="微軟正黑體" w:hAnsi="Arial" w:hint="eastAsia"/>
          <w:b/>
          <w:color w:val="0B6330"/>
          <w:sz w:val="24"/>
          <w:szCs w:val="24"/>
          <w:lang w:eastAsia="zh-TW"/>
        </w:rPr>
        <w:t>——借眼</w:t>
      </w:r>
      <w:proofErr w:type="gramEnd"/>
      <w:r w:rsidRPr="00A1437E">
        <w:rPr>
          <w:rFonts w:ascii="Arial" w:eastAsia="微軟正黑體" w:hAnsi="Arial" w:hint="eastAsia"/>
          <w:b/>
          <w:color w:val="0B6330"/>
          <w:sz w:val="24"/>
          <w:szCs w:val="24"/>
          <w:lang w:eastAsia="zh-TW"/>
        </w:rPr>
        <w:t>中</w:t>
      </w:r>
      <w:proofErr w:type="gramStart"/>
      <w:r w:rsidRPr="00A1437E">
        <w:rPr>
          <w:rFonts w:ascii="Arial" w:eastAsia="微軟正黑體" w:hAnsi="Arial" w:hint="eastAsia"/>
          <w:b/>
          <w:color w:val="0B6330"/>
          <w:sz w:val="24"/>
          <w:szCs w:val="24"/>
          <w:lang w:eastAsia="zh-TW"/>
        </w:rPr>
        <w:t>一</w:t>
      </w:r>
      <w:proofErr w:type="gramEnd"/>
      <w:r w:rsidRPr="00A1437E">
        <w:rPr>
          <w:rFonts w:ascii="Arial" w:eastAsia="微軟正黑體" w:hAnsi="Arial" w:hint="eastAsia"/>
          <w:b/>
          <w:color w:val="0B6330"/>
          <w:sz w:val="24"/>
          <w:szCs w:val="24"/>
          <w:lang w:eastAsia="zh-TW"/>
        </w:rPr>
        <w:t>物，抒心中萬般志向與哲理</w:t>
      </w:r>
      <w:r w:rsidRPr="00A1437E">
        <w:rPr>
          <w:rFonts w:ascii="Arial" w:eastAsia="微軟正黑體" w:hAnsi="Arial" w:hint="eastAsia"/>
          <w:b/>
          <w:color w:val="0B6330"/>
          <w:sz w:val="24"/>
          <w:szCs w:val="24"/>
          <w:lang w:eastAsia="zh-TW"/>
        </w:rPr>
        <w:t>。</w:t>
      </w:r>
      <w:r w:rsidRPr="00A1437E">
        <w:rPr>
          <w:rFonts w:ascii="Arial" w:eastAsia="微軟正黑體" w:hAnsi="Arial" w:hint="eastAsia"/>
          <w:b/>
          <w:color w:val="0B6330"/>
          <w:sz w:val="24"/>
          <w:szCs w:val="24"/>
          <w:lang w:eastAsia="zh-TW"/>
        </w:rPr>
        <w:t>請將你和白居易一同創作「老嫗能解」的四句詩</w:t>
      </w:r>
    </w:p>
    <w:p w:rsidR="00A1437E" w:rsidRPr="00A1437E" w:rsidRDefault="00A1437E" w:rsidP="00A1437E">
      <w:pPr>
        <w:pStyle w:val="ae"/>
        <w:numPr>
          <w:ilvl w:val="0"/>
          <w:numId w:val="10"/>
        </w:numPr>
        <w:spacing w:before="40" w:after="50" w:line="288" w:lineRule="auto"/>
        <w:rPr>
          <w:rFonts w:eastAsia="新細明體"/>
          <w:sz w:val="24"/>
          <w:szCs w:val="24"/>
          <w:lang w:eastAsia="zh-TW"/>
        </w:rPr>
      </w:pPr>
      <w:r>
        <w:rPr>
          <w:rFonts w:ascii="Arial" w:hAnsi="Arial"/>
          <w:b w:val="0"/>
          <w:color w:val="333333"/>
          <w:sz w:val="20"/>
          <w:u w:val="none"/>
          <w:rFonts w:ascii="Arial" w:hAnsi="Arial" w:eastAsia="微軟正黑體"/>
        </w:rPr>
        <w:t>你選哪一「物」？</w:t>
      </w:r>
      <w:r>
        <w:rPr>
          <w:rFonts w:ascii="Arial" w:hAnsi="Arial"/>
          <w:b/>
          <w:color w:val="B42318"/>
          <w:sz w:val="20"/>
          <w:u w:val="single"/>
          <w:rFonts w:ascii="Arial" w:hAnsi="Arial" w:eastAsia="微軟正黑體"/>
        </w:rPr>
        <w:t xml:space="preserve"> （範例）小草 </w:t>
      </w:r>
      <w:r>
        <w:rPr>
          <w:rFonts w:ascii="Arial" w:hAnsi="Arial"/>
          <w:b/>
          <w:color w:val="B42318"/>
          <w:sz w:val="18"/>
          <w:u w:val="none"/>
          <w:rFonts w:ascii="Arial" w:hAnsi="Arial" w:eastAsia="微軟正黑體"/>
        </w:rPr>
        <w:t>（或粉筆、蠟燭、時鐘等，學生自由發揮，言之成理即可）。</w:t>
      </w:r>
    </w:p>
    <w:p w:rsidR="00A1437E" w:rsidRPr="00A1437E" w:rsidRDefault="00A1437E" w:rsidP="00A1437E">
      <w:pPr>
        <w:pStyle w:val="ae"/>
        <w:numPr>
          <w:ilvl w:val="0"/>
          <w:numId w:val="10"/>
        </w:numPr>
        <w:spacing w:before="40" w:after="50" w:line="288" w:lineRule="auto"/>
        <w:rPr>
          <w:rFonts w:eastAsia="新細明體"/>
          <w:sz w:val="24"/>
          <w:szCs w:val="24"/>
          <w:lang w:eastAsia="zh-TW"/>
        </w:rPr>
      </w:pPr>
      <w:r>
        <w:rPr>
          <w:rFonts w:ascii="Arial" w:hAnsi="Arial"/>
          <w:b w:val="0"/>
          <w:color w:val="333333"/>
          <w:sz w:val="20"/>
          <w:u w:val="none"/>
          <w:rFonts w:ascii="Arial" w:hAnsi="Arial" w:eastAsia="微軟正黑體"/>
        </w:rPr>
        <w:t>你欲藉此物傳達何種志向或哲理？</w:t>
      </w:r>
      <w:r>
        <w:rPr>
          <w:rFonts w:ascii="Arial" w:hAnsi="Arial"/>
          <w:b/>
          <w:color w:val="B42318"/>
          <w:sz w:val="19"/>
          <w:u w:val="none"/>
          <w:rFonts w:ascii="Arial" w:hAnsi="Arial" w:eastAsia="微軟正黑體"/>
        </w:rPr>
        <w:t xml:space="preserve"> （範例）堅韌不拔、歷經風雨依然昂首迎向陽光的情操。</w:t>
      </w:r>
    </w:p>
    <w:p w:rsidR="00A1437E" w:rsidRPr="00A1437E" w:rsidRDefault="00A1437E" w:rsidP="00A97595">
      <w:pPr>
        <w:pStyle w:val="ae"/>
        <w:numPr>
          <w:ilvl w:val="0"/>
          <w:numId w:val="10"/>
        </w:numPr>
        <w:spacing w:before="40" w:after="50" w:line="360" w:lineRule="auto"/>
        <w:rPr>
          <w:rFonts w:eastAsia="新細明體" w:hint="eastAsia"/>
          <w:sz w:val="24"/>
          <w:szCs w:val="24"/>
          <w:lang w:eastAsia="zh-TW"/>
        </w:rPr>
      </w:pPr>
      <w:r>
        <w:rPr>
          <w:rFonts w:ascii="Arial" w:hAnsi="Arial"/>
          <w:b w:val="0"/>
          <w:color w:val="333333"/>
          <w:sz w:val="20"/>
          <w:u w:val="none"/>
          <w:rFonts w:ascii="Arial" w:hAnsi="Arial" w:eastAsia="微軟正黑體"/>
        </w:rPr>
        <w:t>人機協作的四句詩是：</w:t>
      </w:r>
    </w:p>
    <w:p w:rsidR="00A1437E" w:rsidRPr="00A1437E" w:rsidRDefault="00A1437E" w:rsidP="00A97595">
      <w:pPr>
        <w:spacing w:after="40" w:line="360" w:lineRule="auto"/>
        <w:ind w:left="360"/>
        <w:jc w:val="center"/>
        <w:rPr>
          <w:rFonts w:eastAsia="新細明體"/>
          <w:sz w:val="24"/>
          <w:szCs w:val="24"/>
          <w:lang w:eastAsia="zh-TW"/>
        </w:rPr>
      </w:pPr>
      <w:r>
        <w:rPr>
          <w:rFonts w:ascii="Arial" w:hAnsi="Arial"/>
          <w:b/>
          <w:color w:val="B42318"/>
          <w:sz w:val="20"/>
          <w:u w:val="none"/>
          <w:rFonts w:ascii="Arial" w:hAnsi="Arial" w:eastAsia="微軟正黑體"/>
        </w:rPr>
        <w:t>【範例】生在石縫邊，</w:t>
      </w:r>
    </w:p>
    <w:p w:rsidR="00A1437E" w:rsidRPr="00A1437E" w:rsidRDefault="00A1437E" w:rsidP="00A97595">
      <w:pPr>
        <w:spacing w:after="40" w:line="360" w:lineRule="auto"/>
        <w:ind w:left="360"/>
        <w:jc w:val="center"/>
        <w:rPr>
          <w:rFonts w:eastAsia="新細明體"/>
          <w:sz w:val="24"/>
          <w:szCs w:val="24"/>
          <w:lang w:eastAsia="zh-TW"/>
        </w:rPr>
      </w:pPr>
      <w:r>
        <w:rPr>
          <w:rFonts w:ascii="Arial" w:hAnsi="Arial"/>
          <w:b/>
          <w:color w:val="B42318"/>
          <w:sz w:val="20"/>
          <w:u w:val="none"/>
          <w:rFonts w:ascii="Arial" w:hAnsi="Arial" w:eastAsia="微軟正黑體"/>
        </w:rPr>
        <w:t xml:space="preserve">        不怕大雨淋。</w:t>
      </w:r>
    </w:p>
    <w:p w:rsidR="00A1437E" w:rsidRPr="00A1437E" w:rsidRDefault="00A1437E" w:rsidP="00A97595">
      <w:pPr>
        <w:spacing w:after="40" w:line="360" w:lineRule="auto"/>
        <w:ind w:left="360"/>
        <w:jc w:val="center"/>
        <w:rPr>
          <w:rFonts w:eastAsia="新細明體"/>
          <w:sz w:val="24"/>
          <w:szCs w:val="24"/>
          <w:lang w:eastAsia="zh-TW"/>
        </w:rPr>
      </w:pPr>
      <w:r>
        <w:rPr>
          <w:rFonts w:ascii="Arial" w:hAnsi="Arial"/>
          <w:b/>
          <w:color w:val="B42318"/>
          <w:sz w:val="20"/>
          <w:u w:val="none"/>
          <w:rFonts w:ascii="Arial" w:hAnsi="Arial" w:eastAsia="微軟正黑體"/>
        </w:rPr>
        <w:t xml:space="preserve">        春風吹又綠，</w:t>
      </w:r>
    </w:p>
    <w:p w:rsidR="00A1437E" w:rsidRPr="00A1437E" w:rsidRDefault="00A1437E" w:rsidP="00A97595">
      <w:pPr>
        <w:spacing w:after="40" w:line="360" w:lineRule="auto"/>
        <w:ind w:left="360"/>
        <w:jc w:val="center"/>
        <w:rPr>
          <w:rFonts w:eastAsia="新細明體"/>
          <w:sz w:val="24"/>
          <w:szCs w:val="24"/>
          <w:lang w:eastAsia="zh-TW"/>
        </w:rPr>
      </w:pPr>
      <w:r>
        <w:rPr>
          <w:rFonts w:ascii="Arial" w:hAnsi="Arial"/>
          <w:b/>
          <w:color w:val="B42318"/>
          <w:sz w:val="19"/>
          <w:u w:val="none"/>
          <w:rFonts w:ascii="Arial" w:hAnsi="Arial" w:eastAsia="微軟正黑體"/>
        </w:rPr>
        <w:t xml:space="preserve">        昂頭看青雲。 （學生與白居易協作創作四句詩，平易通順、能押韻者尤佳）</w:t>
      </w:r>
    </w:p>
    <w:p w:rsidR="00A1437E" w:rsidRPr="00A1437E" w:rsidRDefault="00A1437E" w:rsidP="00A1437E">
      <w:pPr>
        <w:spacing w:after="40"/>
        <w:ind w:left="360"/>
        <w:rPr>
          <w:rFonts w:eastAsia="新細明體" w:hint="eastAsia"/>
          <w:sz w:val="24"/>
          <w:szCs w:val="24"/>
          <w:lang w:eastAsia="zh-TW"/>
        </w:rPr>
      </w:pPr>
    </w:p>
    <w:sectPr w:rsidR="00A1437E" w:rsidRPr="00A1437E" w:rsidSect="00034616">
      <w:footerReference w:type="default" r:id="rId8"/>
      <w:pgSz w:w="11909" w:h="16834"/>
      <w:pgMar w:top="850" w:right="1022" w:bottom="850" w:left="102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41ADC" w:rsidRDefault="00641ADC" w:rsidP="00A1437E">
      <w:pPr>
        <w:spacing w:after="0" w:line="240" w:lineRule="auto"/>
      </w:pPr>
      <w:r>
        <w:separator/>
      </w:r>
    </w:p>
  </w:endnote>
  <w:endnote w:type="continuationSeparator" w:id="0">
    <w:p w:rsidR="00641ADC" w:rsidRDefault="00641ADC" w:rsidP="00A143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924172383"/>
      <w:docPartObj>
        <w:docPartGallery w:val="Page Numbers (Bottom of Page)"/>
        <w:docPartUnique/>
      </w:docPartObj>
    </w:sdtPr>
    <w:sdtContent>
      <w:p w:rsidR="00A1437E" w:rsidRDefault="00A1437E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TW" w:eastAsia="zh-TW"/>
          </w:rPr>
          <w:t>2</w:t>
        </w:r>
        <w:r>
          <w:fldChar w:fldCharType="end"/>
        </w:r>
      </w:p>
    </w:sdtContent>
  </w:sdt>
  <w:p w:rsidR="00A1437E" w:rsidRDefault="00A1437E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41ADC" w:rsidRDefault="00641ADC" w:rsidP="00A1437E">
      <w:pPr>
        <w:spacing w:after="0" w:line="240" w:lineRule="auto"/>
      </w:pPr>
      <w:r>
        <w:separator/>
      </w:r>
    </w:p>
  </w:footnote>
  <w:footnote w:type="continuationSeparator" w:id="0">
    <w:p w:rsidR="00641ADC" w:rsidRDefault="00641ADC" w:rsidP="00A1437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6EB261EB"/>
    <w:multiLevelType w:val="hybridMultilevel"/>
    <w:tmpl w:val="FF285A26"/>
    <w:lvl w:ilvl="0" w:tplc="441EA16A">
      <w:start w:val="1"/>
      <w:numFmt w:val="decimal"/>
      <w:lvlText w:val="%1."/>
      <w:lvlJc w:val="left"/>
      <w:pPr>
        <w:ind w:left="720" w:hanging="360"/>
      </w:pPr>
      <w:rPr>
        <w:rFonts w:ascii="Arial" w:eastAsia="微軟正黑體" w:hAnsi="Arial" w:hint="default"/>
        <w:b/>
        <w:color w:val="23459A"/>
        <w:sz w:val="21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bordersDoNotSurroundHeader/>
  <w:bordersDoNotSurroundFooter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6725B"/>
    <w:rsid w:val="0015074B"/>
    <w:rsid w:val="0029639D"/>
    <w:rsid w:val="00326F90"/>
    <w:rsid w:val="00641ADC"/>
    <w:rsid w:val="00A1437E"/>
    <w:rsid w:val="00A97595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BEAE561"/>
  <w14:defaultImageDpi w14:val="300"/>
  <w15:docId w15:val="{BE9915E5-388F-402D-8E11-134D1CF859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頁首 字元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頁尾 字元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標題 1 字元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標題 2 字元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標題 3 字元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標題 字元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標題 字元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本文 字元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本文 2 字元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本文 3 字元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巨集文字 字元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文 字元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標題 4 字元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標題 5 字元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標題 6 字元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標題 7 字元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標題 8 字元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標題 9 字元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鮮明引文 字元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1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2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3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4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5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6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7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8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9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DED281D-C443-401C-A61A-C0BAB7EE64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310</Words>
  <Characters>1769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2075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蕭老師</cp:lastModifiedBy>
  <cp:revision>3</cp:revision>
  <cp:lastPrinted>2026-09-21T01:02:00Z</cp:lastPrinted>
  <dcterms:created xsi:type="dcterms:W3CDTF">2013-12-23T23:15:00Z</dcterms:created>
  <dcterms:modified xsi:type="dcterms:W3CDTF">2026-09-21T01:05:00Z</dcterms:modified>
  <cp:category/>
</cp:coreProperties>
</file>