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6725B" w:rsidRPr="00A97595" w:rsidRDefault="00641ADC" w:rsidP="00A1437E">
      <w:pPr>
        <w:spacing w:after="20"/>
        <w:rPr>
          <w:sz w:val="32"/>
          <w:szCs w:val="24"/>
          <w:lang w:eastAsia="zh-TW"/>
        </w:rPr>
      </w:pPr>
      <w:r w:rsidRPr="00A97595">
        <w:rPr>
          <w:rFonts w:ascii="Arial" w:eastAsia="微軟正黑體" w:hAnsi="Arial"/>
          <w:b/>
          <w:color w:val="23459A"/>
          <w:sz w:val="32"/>
          <w:szCs w:val="24"/>
          <w:lang w:eastAsia="zh-TW"/>
        </w:rPr>
        <w:t xml:space="preserve">AI </w:t>
      </w:r>
      <w:r w:rsidRPr="00A97595">
        <w:rPr>
          <w:rFonts w:ascii="Arial" w:eastAsia="微軟正黑體" w:hAnsi="Arial"/>
          <w:b/>
          <w:color w:val="23459A"/>
          <w:sz w:val="32"/>
          <w:szCs w:val="24"/>
          <w:lang w:eastAsia="zh-TW"/>
        </w:rPr>
        <w:t>古人聊天室學習單</w:t>
      </w:r>
      <w:r w:rsidRPr="00A97595">
        <w:rPr>
          <w:rFonts w:ascii="Arial" w:eastAsia="微軟正黑體" w:hAnsi="Arial"/>
          <w:b/>
          <w:color w:val="23459A"/>
          <w:sz w:val="32"/>
          <w:szCs w:val="24"/>
          <w:lang w:eastAsia="zh-TW"/>
        </w:rPr>
        <w:t xml:space="preserve"> 1  </w:t>
      </w:r>
      <w:r w:rsidRPr="00A97595">
        <w:rPr>
          <w:rFonts w:ascii="Arial" w:eastAsia="微軟正黑體" w:hAnsi="Arial"/>
          <w:b/>
          <w:color w:val="23459A"/>
          <w:sz w:val="32"/>
          <w:szCs w:val="24"/>
          <w:lang w:eastAsia="zh-TW"/>
        </w:rPr>
        <w:t>白居易【</w:t>
      </w:r>
      <w:r w:rsidRPr="00A97595">
        <w:rPr>
          <w:rFonts w:ascii="Arial" w:eastAsia="微軟正黑體" w:hAnsi="Arial"/>
          <w:b/>
          <w:color w:val="23459A"/>
          <w:sz w:val="32"/>
          <w:szCs w:val="24"/>
          <w:lang w:eastAsia="zh-TW"/>
        </w:rPr>
        <w:t xml:space="preserve">AI </w:t>
      </w:r>
      <w:r w:rsidRPr="00A97595">
        <w:rPr>
          <w:rFonts w:ascii="Arial" w:eastAsia="微軟正黑體" w:hAnsi="Arial"/>
          <w:b/>
          <w:color w:val="23459A"/>
          <w:sz w:val="32"/>
          <w:szCs w:val="24"/>
          <w:lang w:eastAsia="zh-TW"/>
        </w:rPr>
        <w:t>版】</w:t>
      </w:r>
    </w:p>
    <w:p w:rsidR="0006725B" w:rsidRPr="00A1437E" w:rsidRDefault="00641ADC">
      <w:pPr>
        <w:pBdr>
          <w:bottom w:val="single" w:sz="12" w:space="4" w:color="23459A"/>
        </w:pBdr>
        <w:spacing w:before="20" w:after="80"/>
        <w:jc w:val="right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班級：</w:t>
      </w:r>
      <w:proofErr w:type="gramStart"/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＿＿＿＿＿＿</w:t>
      </w:r>
      <w:proofErr w:type="gramEnd"/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 xml:space="preserve">   </w:t>
      </w:r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座號：</w:t>
      </w:r>
      <w:proofErr w:type="gramStart"/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＿＿＿＿＿＿</w:t>
      </w:r>
      <w:proofErr w:type="gramEnd"/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 xml:space="preserve">   </w:t>
      </w:r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姓名：</w:t>
      </w:r>
      <w:proofErr w:type="gramStart"/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＿＿＿＿＿＿</w:t>
      </w:r>
      <w:proofErr w:type="gramEnd"/>
    </w:p>
    <w:p w:rsidR="0006725B" w:rsidRPr="00A1437E" w:rsidRDefault="00641ADC">
      <w:pPr>
        <w:spacing w:before="80" w:after="6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自學方式：先登入聊天室與白居易互動，完成填空；亦可進入「樂天詩</w:t>
      </w:r>
      <w:proofErr w:type="gramStart"/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塾</w:t>
      </w:r>
      <w:proofErr w:type="gramEnd"/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」解鎖</w:t>
      </w:r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 xml:space="preserve"> AI </w:t>
      </w:r>
      <w:r w:rsidRPr="00A1437E">
        <w:rPr>
          <w:rFonts w:ascii="Arial" w:eastAsia="微軟正黑體" w:hAnsi="Arial"/>
          <w:color w:val="666666"/>
          <w:sz w:val="24"/>
          <w:szCs w:val="24"/>
          <w:lang w:eastAsia="zh-TW"/>
        </w:rPr>
        <w:t>任務。</w:t>
      </w:r>
    </w:p>
    <w:p w:rsidR="0006725B" w:rsidRPr="00A1437E" w:rsidRDefault="00641ADC">
      <w:pPr>
        <w:keepNext/>
        <w:spacing w:before="140" w:after="60"/>
        <w:rPr>
          <w:sz w:val="24"/>
          <w:szCs w:val="24"/>
        </w:rPr>
      </w:pP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23459A"/>
          <w:lang w:eastAsia="zh-TW"/>
        </w:rPr>
        <w:t xml:space="preserve"> </w:t>
      </w: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23459A"/>
        </w:rPr>
        <w:t xml:space="preserve">1 </w:t>
      </w:r>
      <w:r w:rsidRPr="00A1437E">
        <w:rPr>
          <w:rFonts w:ascii="Arial" w:eastAsia="微軟正黑體" w:hAnsi="Arial"/>
          <w:color w:val="333333"/>
          <w:sz w:val="24"/>
          <w:szCs w:val="24"/>
        </w:rPr>
        <w:t xml:space="preserve">  </w:t>
      </w:r>
      <w:proofErr w:type="spellStart"/>
      <w:r w:rsidRPr="00A1437E">
        <w:rPr>
          <w:rFonts w:ascii="Arial" w:eastAsia="微軟正黑體" w:hAnsi="Arial"/>
          <w:b/>
          <w:color w:val="23459A"/>
          <w:sz w:val="24"/>
          <w:szCs w:val="24"/>
        </w:rPr>
        <w:t>自我介紹</w:t>
      </w:r>
      <w:proofErr w:type="spellEnd"/>
      <w:r w:rsidRPr="00A1437E">
        <w:rPr>
          <w:rFonts w:ascii="Arial" w:eastAsia="微軟正黑體" w:hAnsi="Arial"/>
          <w:b/>
          <w:color w:val="23459A"/>
          <w:sz w:val="24"/>
          <w:szCs w:val="24"/>
        </w:rPr>
        <w:t xml:space="preserve"> (Profile Setup)</w:t>
      </w:r>
    </w:p>
    <w:p w:rsidR="0006725B" w:rsidRPr="00A1437E" w:rsidRDefault="00641ADC">
      <w:pPr>
        <w:spacing w:before="40" w:after="50" w:line="288" w:lineRule="auto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 xml:space="preserve">1.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白居易，字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，號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，晚年又自稱「</w:t>
      </w:r>
      <w:proofErr w:type="gramStart"/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醉吟先生</w:t>
      </w:r>
      <w:proofErr w:type="gramEnd"/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」。</w:t>
      </w:r>
    </w:p>
    <w:p w:rsidR="0006725B" w:rsidRPr="00A1437E" w:rsidRDefault="00641ADC">
      <w:pPr>
        <w:spacing w:before="40" w:after="50" w:line="288" w:lineRule="auto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 xml:space="preserve">2.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他生</w:t>
      </w:r>
      <w:proofErr w:type="gramStart"/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於唐大曆</w:t>
      </w:r>
      <w:proofErr w:type="gramEnd"/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七年，也就是西元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年，享年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歲。</w:t>
      </w:r>
    </w:p>
    <w:p w:rsidR="0006725B" w:rsidRPr="00A1437E" w:rsidRDefault="00641ADC">
      <w:pPr>
        <w:spacing w:before="40" w:after="50" w:line="288" w:lineRule="auto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 xml:space="preserve">3.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他與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並稱「元白」，二人共同提倡「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運動」。</w:t>
      </w:r>
    </w:p>
    <w:p w:rsidR="0006725B" w:rsidRPr="00A1437E" w:rsidRDefault="00641ADC">
      <w:pPr>
        <w:spacing w:before="40" w:after="50" w:line="288" w:lineRule="auto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 xml:space="preserve">4.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他的寫作主張是：「文章合為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proofErr w:type="gramStart"/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而著</w:t>
      </w:r>
      <w:proofErr w:type="gramEnd"/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，</w:t>
      </w:r>
      <w:proofErr w:type="gramStart"/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歌詩合</w:t>
      </w:r>
      <w:proofErr w:type="gramEnd"/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為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而作。」</w:t>
      </w:r>
    </w:p>
    <w:p w:rsidR="0006725B" w:rsidRPr="00A1437E" w:rsidRDefault="00641ADC">
      <w:pPr>
        <w:spacing w:before="40" w:after="50" w:line="288" w:lineRule="auto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 xml:space="preserve">5.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白居易的詩平易近人，流傳至今共有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餘首，是唐代作品數量最多的詩人。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4"/>
      </w:tblGrid>
      <w:tr w:rsidR="0006725B" w:rsidRPr="00A1437E">
        <w:trPr>
          <w:jc w:val="center"/>
        </w:trPr>
        <w:tc>
          <w:tcPr>
            <w:tcW w:w="9864" w:type="dxa"/>
            <w:tcBorders>
              <w:left w:val="single" w:sz="24" w:space="0" w:color="2563EB"/>
            </w:tcBorders>
            <w:shd w:val="clear" w:color="auto" w:fill="F3F6FB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06725B" w:rsidRPr="00A1437E" w:rsidRDefault="00641ADC">
            <w:pPr>
              <w:spacing w:before="40" w:after="40"/>
              <w:rPr>
                <w:sz w:val="24"/>
                <w:szCs w:val="24"/>
                <w:lang w:eastAsia="zh-TW"/>
              </w:rPr>
            </w:pPr>
            <w:r w:rsidRPr="00A1437E">
              <w:rPr>
                <w:rFonts w:ascii="Arial" w:eastAsia="微軟正黑體" w:hAnsi="Arial"/>
                <w:color w:val="666666"/>
                <w:sz w:val="24"/>
                <w:szCs w:val="24"/>
                <w:lang w:eastAsia="zh-TW"/>
              </w:rPr>
              <w:t>自學提示：從聊天室自我介紹中，找出姓名、別號、年代、文學主張與作品數量。</w:t>
            </w:r>
          </w:p>
        </w:tc>
      </w:tr>
    </w:tbl>
    <w:p w:rsidR="0006725B" w:rsidRPr="00A1437E" w:rsidRDefault="0006725B">
      <w:pPr>
        <w:spacing w:after="40"/>
        <w:rPr>
          <w:sz w:val="24"/>
          <w:szCs w:val="24"/>
          <w:lang w:eastAsia="zh-TW"/>
        </w:rPr>
      </w:pPr>
    </w:p>
    <w:p w:rsidR="0006725B" w:rsidRPr="00A1437E" w:rsidRDefault="00641ADC">
      <w:pPr>
        <w:keepNext/>
        <w:spacing w:before="140" w:after="60"/>
        <w:rPr>
          <w:sz w:val="24"/>
          <w:szCs w:val="24"/>
        </w:rPr>
      </w:pP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23459A"/>
          <w:lang w:eastAsia="zh-TW"/>
        </w:rPr>
        <w:t xml:space="preserve"> </w:t>
      </w: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23459A"/>
        </w:rPr>
        <w:t xml:space="preserve">2 </w:t>
      </w:r>
      <w:r w:rsidRPr="00A1437E">
        <w:rPr>
          <w:rFonts w:ascii="Arial" w:eastAsia="微軟正黑體" w:hAnsi="Arial"/>
          <w:color w:val="333333"/>
          <w:sz w:val="24"/>
          <w:szCs w:val="24"/>
        </w:rPr>
        <w:t xml:space="preserve">  </w:t>
      </w:r>
      <w:proofErr w:type="spellStart"/>
      <w:r w:rsidRPr="00A1437E">
        <w:rPr>
          <w:rFonts w:ascii="Arial" w:eastAsia="微軟正黑體" w:hAnsi="Arial"/>
          <w:b/>
          <w:color w:val="23459A"/>
          <w:sz w:val="24"/>
          <w:szCs w:val="24"/>
        </w:rPr>
        <w:t>得意作品</w:t>
      </w:r>
      <w:proofErr w:type="spellEnd"/>
      <w:r w:rsidRPr="00A1437E">
        <w:rPr>
          <w:rFonts w:ascii="Arial" w:eastAsia="微軟正黑體" w:hAnsi="Arial"/>
          <w:b/>
          <w:color w:val="23459A"/>
          <w:sz w:val="24"/>
          <w:szCs w:val="24"/>
        </w:rPr>
        <w:t xml:space="preserve"> (Masterpieces)</w:t>
      </w:r>
    </w:p>
    <w:p w:rsidR="0006725B" w:rsidRPr="00A1437E" w:rsidRDefault="00641ADC">
      <w:pPr>
        <w:spacing w:before="40" w:after="20"/>
        <w:rPr>
          <w:sz w:val="24"/>
          <w:szCs w:val="24"/>
        </w:rPr>
      </w:pPr>
      <w:r w:rsidRPr="00A1437E">
        <w:rPr>
          <w:rFonts w:ascii="Arial" w:eastAsia="微軟正黑體" w:hAnsi="Arial"/>
          <w:b/>
          <w:color w:val="23459A"/>
          <w:sz w:val="24"/>
          <w:szCs w:val="24"/>
        </w:rPr>
        <w:t xml:space="preserve">1. </w:t>
      </w:r>
      <w:r w:rsidRPr="00A1437E">
        <w:rPr>
          <w:rFonts w:ascii="Arial" w:eastAsia="微軟正黑體" w:hAnsi="Arial"/>
          <w:b/>
          <w:color w:val="23459A"/>
          <w:sz w:val="24"/>
          <w:szCs w:val="24"/>
        </w:rPr>
        <w:t>〈池上〉</w:t>
      </w:r>
    </w:p>
    <w:p w:rsidR="0006725B" w:rsidRPr="00A1437E" w:rsidRDefault="00641ADC">
      <w:pPr>
        <w:spacing w:before="40" w:after="50" w:line="288" w:lineRule="auto"/>
        <w:ind w:left="360"/>
        <w:rPr>
          <w:sz w:val="24"/>
          <w:szCs w:val="24"/>
        </w:rPr>
      </w:pPr>
      <w:proofErr w:type="spellStart"/>
      <w:r w:rsidRPr="00A1437E">
        <w:rPr>
          <w:rFonts w:ascii="Arial" w:eastAsia="微軟正黑體" w:hAnsi="Arial"/>
          <w:color w:val="333333"/>
          <w:sz w:val="24"/>
          <w:szCs w:val="24"/>
        </w:rPr>
        <w:t>小娃撐</w:t>
      </w:r>
      <w:proofErr w:type="spellEnd"/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</w:rPr>
        <w:t>，</w:t>
      </w:r>
      <w:proofErr w:type="spellStart"/>
      <w:r w:rsidRPr="00A1437E">
        <w:rPr>
          <w:rFonts w:ascii="Arial" w:eastAsia="微軟正黑體" w:hAnsi="Arial"/>
          <w:color w:val="333333"/>
          <w:sz w:val="24"/>
          <w:szCs w:val="24"/>
        </w:rPr>
        <w:t>偷採</w:t>
      </w:r>
      <w:proofErr w:type="spellEnd"/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</w:rPr>
        <w:t>回。</w:t>
      </w:r>
    </w:p>
    <w:p w:rsidR="0006725B" w:rsidRPr="00A1437E" w:rsidRDefault="00641ADC">
      <w:pPr>
        <w:spacing w:before="40" w:after="50" w:line="288" w:lineRule="auto"/>
        <w:ind w:left="360"/>
        <w:rPr>
          <w:sz w:val="24"/>
          <w:szCs w:val="24"/>
        </w:rPr>
      </w:pPr>
      <w:proofErr w:type="spellStart"/>
      <w:r w:rsidRPr="00A1437E">
        <w:rPr>
          <w:rFonts w:ascii="Arial" w:eastAsia="微軟正黑體" w:hAnsi="Arial"/>
          <w:color w:val="333333"/>
          <w:sz w:val="24"/>
          <w:szCs w:val="24"/>
        </w:rPr>
        <w:t>不解藏</w:t>
      </w:r>
      <w:proofErr w:type="spellEnd"/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</w:rPr>
        <w:t>，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proofErr w:type="spellStart"/>
      <w:r w:rsidRPr="00A1437E">
        <w:rPr>
          <w:rFonts w:ascii="Arial" w:eastAsia="微軟正黑體" w:hAnsi="Arial"/>
          <w:color w:val="333333"/>
          <w:sz w:val="24"/>
          <w:szCs w:val="24"/>
        </w:rPr>
        <w:t>一道開</w:t>
      </w:r>
      <w:proofErr w:type="spellEnd"/>
      <w:r w:rsidRPr="00A1437E">
        <w:rPr>
          <w:rFonts w:ascii="Arial" w:eastAsia="微軟正黑體" w:hAnsi="Arial"/>
          <w:color w:val="333333"/>
          <w:sz w:val="24"/>
          <w:szCs w:val="24"/>
        </w:rPr>
        <w:t>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4"/>
      </w:tblGrid>
      <w:tr w:rsidR="0006725B" w:rsidRPr="00A1437E">
        <w:trPr>
          <w:jc w:val="center"/>
        </w:trPr>
        <w:tc>
          <w:tcPr>
            <w:tcW w:w="9864" w:type="dxa"/>
            <w:tcBorders>
              <w:left w:val="single" w:sz="24" w:space="0" w:color="2563EB"/>
            </w:tcBorders>
            <w:shd w:val="clear" w:color="auto" w:fill="F3F6FB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06725B" w:rsidRPr="00A1437E" w:rsidRDefault="00641ADC">
            <w:pPr>
              <w:spacing w:before="40" w:after="40"/>
              <w:rPr>
                <w:sz w:val="24"/>
                <w:szCs w:val="24"/>
                <w:lang w:eastAsia="zh-TW"/>
              </w:rPr>
            </w:pPr>
            <w:r w:rsidRPr="00A1437E">
              <w:rPr>
                <w:rFonts w:ascii="Arial" w:eastAsia="微軟正黑體" w:hAnsi="Arial"/>
                <w:color w:val="666666"/>
                <w:sz w:val="24"/>
                <w:szCs w:val="24"/>
                <w:lang w:eastAsia="zh-TW"/>
              </w:rPr>
              <w:t>想一想：小娃雖然想隱藏行蹤，水面上哪一種植物留下了船行的痕跡？</w:t>
            </w:r>
          </w:p>
        </w:tc>
      </w:tr>
    </w:tbl>
    <w:p w:rsidR="0006725B" w:rsidRPr="00A1437E" w:rsidRDefault="00641ADC">
      <w:pPr>
        <w:spacing w:before="40" w:after="2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 xml:space="preserve">2. </w:t>
      </w: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〈問劉十九〉</w:t>
      </w:r>
    </w:p>
    <w:p w:rsidR="0006725B" w:rsidRPr="00A1437E" w:rsidRDefault="00641ADC">
      <w:pPr>
        <w:spacing w:before="40" w:after="50" w:line="288" w:lineRule="auto"/>
        <w:ind w:left="36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綠</w:t>
      </w:r>
      <w:proofErr w:type="gramStart"/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螘</w:t>
      </w:r>
      <w:proofErr w:type="gramEnd"/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新</w:t>
      </w:r>
      <w:proofErr w:type="gramStart"/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醅</w:t>
      </w:r>
      <w:proofErr w:type="gramEnd"/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酒，</w:t>
      </w:r>
      <w:proofErr w:type="gramStart"/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紅泥小火爐</w:t>
      </w:r>
      <w:proofErr w:type="gramEnd"/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。晚</w:t>
      </w:r>
      <w:proofErr w:type="gramStart"/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來天欲</w:t>
      </w:r>
      <w:proofErr w:type="gramEnd"/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，</w:t>
      </w:r>
      <w:proofErr w:type="gramStart"/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能飲一杯</w:t>
      </w:r>
      <w:proofErr w:type="gramEnd"/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？</w:t>
      </w:r>
    </w:p>
    <w:p w:rsidR="0006725B" w:rsidRPr="00A1437E" w:rsidRDefault="00641ADC">
      <w:pPr>
        <w:spacing w:before="40" w:after="50" w:line="288" w:lineRule="auto"/>
        <w:ind w:left="36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這首詩描寫的情境是：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季的夜晚，詩人邀請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一起飲酒。</w:t>
      </w:r>
    </w:p>
    <w:p w:rsidR="0006725B" w:rsidRPr="00A1437E" w:rsidRDefault="00641ADC">
      <w:pPr>
        <w:spacing w:before="40" w:after="2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 xml:space="preserve">3. </w:t>
      </w: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〈慈烏夜啼〉（節錄）</w:t>
      </w:r>
    </w:p>
    <w:p w:rsidR="0006725B" w:rsidRPr="00A1437E" w:rsidRDefault="00641ADC">
      <w:pPr>
        <w:spacing w:before="20" w:after="40"/>
        <w:ind w:left="360"/>
        <w:rPr>
          <w:sz w:val="24"/>
          <w:szCs w:val="24"/>
          <w:lang w:eastAsia="zh-TW"/>
        </w:rPr>
      </w:pPr>
      <w:proofErr w:type="gramStart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慈烏失其</w:t>
      </w:r>
      <w:proofErr w:type="gramEnd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母，啞啞</w:t>
      </w:r>
      <w:proofErr w:type="gramStart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吐哀音</w:t>
      </w:r>
      <w:proofErr w:type="gramEnd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。晝夜不飛去，經</w:t>
      </w:r>
      <w:proofErr w:type="gramStart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年守故</w:t>
      </w:r>
      <w:proofErr w:type="gramEnd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林。</w:t>
      </w: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br/>
      </w: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聲中如告訴，未盡反哺心。</w:t>
      </w:r>
      <w:proofErr w:type="gramStart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百鳥豈無</w:t>
      </w:r>
      <w:proofErr w:type="gramEnd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母？</w:t>
      </w:r>
      <w:proofErr w:type="gramStart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爾獨哀怨</w:t>
      </w:r>
      <w:proofErr w:type="gramEnd"/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深。</w:t>
      </w:r>
    </w:p>
    <w:p w:rsidR="0006725B" w:rsidRPr="00A1437E" w:rsidRDefault="00641ADC">
      <w:pPr>
        <w:spacing w:before="40" w:after="50" w:line="288" w:lineRule="auto"/>
        <w:ind w:left="360"/>
        <w:rPr>
          <w:rFonts w:ascii="Arial" w:eastAsia="微軟正黑體" w:hAnsi="Arial"/>
          <w:color w:val="333333"/>
          <w:sz w:val="24"/>
          <w:szCs w:val="24"/>
          <w:lang w:eastAsia="zh-TW"/>
        </w:rPr>
      </w:pPr>
      <w:proofErr w:type="gramStart"/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詩人借慈烏</w:t>
      </w:r>
      <w:proofErr w:type="gramEnd"/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表達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之痛，以及想報答親恩卻來不及的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。</w:t>
      </w:r>
    </w:p>
    <w:p w:rsidR="0006725B" w:rsidRPr="00A1437E" w:rsidRDefault="00641ADC">
      <w:pPr>
        <w:keepNext/>
        <w:spacing w:before="140" w:after="6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23459A"/>
          <w:lang w:eastAsia="zh-TW"/>
        </w:rPr>
        <w:t xml:space="preserve"> 3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  </w:t>
      </w: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>八卦趣聞</w:t>
      </w: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 xml:space="preserve"> (Trending Gossip)</w:t>
      </w:r>
    </w:p>
    <w:p w:rsidR="0006725B" w:rsidRPr="00A1437E" w:rsidRDefault="00641ADC">
      <w:pPr>
        <w:spacing w:before="40" w:after="50" w:line="288" w:lineRule="auto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 xml:space="preserve">1.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白居易與摯友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相識三十年，詩文唱和超過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章。</w:t>
      </w:r>
    </w:p>
    <w:p w:rsidR="0006725B" w:rsidRPr="00A1437E" w:rsidRDefault="00641ADC">
      <w:pPr>
        <w:spacing w:before="40" w:after="50" w:line="288" w:lineRule="auto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 xml:space="preserve">2.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十六歲時，他帶著〈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_______________________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〉拜訪前輩顧況。</w:t>
      </w:r>
    </w:p>
    <w:p w:rsidR="0006725B" w:rsidRPr="00A1437E" w:rsidRDefault="00641ADC">
      <w:pPr>
        <w:spacing w:before="40" w:after="50" w:line="288" w:lineRule="auto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lastRenderedPageBreak/>
        <w:t xml:space="preserve">3.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顧況讀到「野火燒不盡，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______________________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」後，立刻對他改觀。</w:t>
      </w:r>
    </w:p>
    <w:p w:rsidR="0006725B" w:rsidRDefault="00641ADC">
      <w:pPr>
        <w:spacing w:before="40" w:after="50" w:line="288" w:lineRule="auto"/>
        <w:rPr>
          <w:rFonts w:ascii="Arial" w:eastAsia="微軟正黑體" w:hAnsi="Arial"/>
          <w:color w:val="333333"/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23459A"/>
          <w:sz w:val="24"/>
          <w:szCs w:val="24"/>
          <w:lang w:eastAsia="zh-TW"/>
        </w:rPr>
        <w:t xml:space="preserve">4.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相傳白居易把新詩讀給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_______________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聽；若對方不懂，他便反覆</w:t>
      </w:r>
      <w:r w:rsidR="00A1437E" w:rsidRPr="00A1437E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。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864"/>
      </w:tblGrid>
      <w:tr w:rsidR="00A97595" w:rsidRPr="00A1437E" w:rsidTr="006E0BF3">
        <w:trPr>
          <w:jc w:val="center"/>
        </w:trPr>
        <w:tc>
          <w:tcPr>
            <w:tcW w:w="9864" w:type="dxa"/>
            <w:tcBorders>
              <w:left w:val="single" w:sz="24" w:space="0" w:color="2563EB"/>
            </w:tcBorders>
            <w:shd w:val="clear" w:color="auto" w:fill="F3F6FB"/>
            <w:tcMar>
              <w:top w:w="80" w:type="dxa"/>
              <w:left w:w="140" w:type="dxa"/>
              <w:bottom w:w="80" w:type="dxa"/>
              <w:right w:w="140" w:type="dxa"/>
            </w:tcMar>
          </w:tcPr>
          <w:p w:rsidR="00A97595" w:rsidRPr="00A1437E" w:rsidRDefault="00A97595" w:rsidP="006E0BF3">
            <w:pPr>
              <w:spacing w:before="40" w:after="40"/>
              <w:rPr>
                <w:sz w:val="24"/>
                <w:szCs w:val="24"/>
                <w:lang w:eastAsia="zh-TW"/>
              </w:rPr>
            </w:pPr>
            <w:r w:rsidRPr="00A1437E">
              <w:rPr>
                <w:rFonts w:ascii="Arial" w:eastAsia="微軟正黑體" w:hAnsi="Arial"/>
                <w:color w:val="666666"/>
                <w:sz w:val="24"/>
                <w:szCs w:val="24"/>
                <w:lang w:eastAsia="zh-TW"/>
              </w:rPr>
              <w:t>自學提示：點擊聊天室「課堂模式」輸入密碼</w:t>
            </w:r>
            <w:r>
              <w:rPr>
                <w:rFonts w:ascii="Arial" w:eastAsia="微軟正黑體" w:hAnsi="Arial" w:hint="eastAsia"/>
                <w:color w:val="666666"/>
                <w:sz w:val="24"/>
                <w:szCs w:val="24"/>
                <w:lang w:eastAsia="zh-TW"/>
              </w:rPr>
              <w:t>「</w:t>
            </w:r>
            <w:r>
              <w:rPr>
                <w:rFonts w:ascii="Arial" w:eastAsia="微軟正黑體" w:hAnsi="Arial" w:hint="eastAsia"/>
                <w:color w:val="666666"/>
                <w:sz w:val="24"/>
                <w:szCs w:val="24"/>
                <w:lang w:eastAsia="zh-TW"/>
              </w:rPr>
              <w:t>2</w:t>
            </w:r>
            <w:r>
              <w:rPr>
                <w:rFonts w:ascii="Arial" w:eastAsia="微軟正黑體" w:hAnsi="Arial"/>
                <w:color w:val="666666"/>
                <w:sz w:val="24"/>
                <w:szCs w:val="24"/>
                <w:lang w:eastAsia="zh-TW"/>
              </w:rPr>
              <w:t>762625</w:t>
            </w:r>
            <w:r>
              <w:rPr>
                <w:rFonts w:ascii="Arial" w:eastAsia="微軟正黑體" w:hAnsi="Arial" w:hint="eastAsia"/>
                <w:color w:val="666666"/>
                <w:sz w:val="24"/>
                <w:szCs w:val="24"/>
                <w:lang w:eastAsia="zh-TW"/>
              </w:rPr>
              <w:t>」</w:t>
            </w:r>
            <w:r w:rsidRPr="00A1437E">
              <w:rPr>
                <w:rFonts w:ascii="Arial" w:eastAsia="微軟正黑體" w:hAnsi="Arial"/>
                <w:color w:val="666666"/>
                <w:sz w:val="24"/>
                <w:szCs w:val="24"/>
                <w:lang w:eastAsia="zh-TW"/>
              </w:rPr>
              <w:t>，即可</w:t>
            </w:r>
            <w:r>
              <w:rPr>
                <w:rFonts w:ascii="Arial" w:eastAsia="微軟正黑體" w:hAnsi="Arial" w:hint="eastAsia"/>
                <w:color w:val="666666"/>
                <w:sz w:val="24"/>
                <w:szCs w:val="24"/>
                <w:lang w:eastAsia="zh-TW"/>
              </w:rPr>
              <w:t>啟動</w:t>
            </w:r>
            <w:r>
              <w:rPr>
                <w:rFonts w:ascii="Arial" w:eastAsia="微軟正黑體" w:hAnsi="Arial" w:hint="eastAsia"/>
                <w:color w:val="666666"/>
                <w:sz w:val="24"/>
                <w:szCs w:val="24"/>
                <w:lang w:eastAsia="zh-TW"/>
              </w:rPr>
              <w:t>AI</w:t>
            </w:r>
            <w:r>
              <w:rPr>
                <w:rFonts w:ascii="Arial" w:eastAsia="微軟正黑體" w:hAnsi="Arial" w:hint="eastAsia"/>
                <w:color w:val="666666"/>
                <w:sz w:val="24"/>
                <w:szCs w:val="24"/>
                <w:lang w:eastAsia="zh-TW"/>
              </w:rPr>
              <w:t>功能</w:t>
            </w:r>
            <w:r w:rsidRPr="00A1437E">
              <w:rPr>
                <w:rFonts w:ascii="Arial" w:eastAsia="微軟正黑體" w:hAnsi="Arial"/>
                <w:color w:val="666666"/>
                <w:sz w:val="24"/>
                <w:szCs w:val="24"/>
                <w:lang w:eastAsia="zh-TW"/>
              </w:rPr>
              <w:t>！</w:t>
            </w:r>
          </w:p>
        </w:tc>
      </w:tr>
    </w:tbl>
    <w:p w:rsidR="0006725B" w:rsidRPr="00A1437E" w:rsidRDefault="00641ADC">
      <w:pPr>
        <w:keepNext/>
        <w:spacing w:before="140" w:after="6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0B6330"/>
          <w:lang w:eastAsia="zh-TW"/>
        </w:rPr>
        <w:t xml:space="preserve"> 4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  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 xml:space="preserve">AI 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詩</w:t>
      </w:r>
      <w:proofErr w:type="gramStart"/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塾</w:t>
      </w:r>
      <w:proofErr w:type="gramEnd"/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與修辭診斷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 xml:space="preserve"> (AI Dialogue &amp; Check)</w:t>
      </w:r>
    </w:p>
    <w:p w:rsidR="0006725B" w:rsidRPr="00A1437E" w:rsidRDefault="00641ADC">
      <w:pPr>
        <w:spacing w:before="40" w:after="4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【任務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 xml:space="preserve"> 1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】基礎友情考核（請圈選正確答案）：</w:t>
      </w:r>
    </w:p>
    <w:p w:rsidR="0006725B" w:rsidRPr="00A1437E" w:rsidRDefault="00641ADC">
      <w:pPr>
        <w:spacing w:before="20" w:after="40"/>
        <w:ind w:left="288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1.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「老嫗能解」典故中的作法？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  □ A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讀給老婦人聽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  □ B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交官員評定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  □ C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只給文人看</w:t>
      </w:r>
    </w:p>
    <w:p w:rsidR="0006725B" w:rsidRPr="00A1437E" w:rsidRDefault="00641ADC">
      <w:pPr>
        <w:spacing w:before="20" w:after="60"/>
        <w:ind w:left="288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2.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〈琵琶行〉同病相憐的名句？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  □ A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同是天涯淪落人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  □ B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天長地久有時盡</w:t>
      </w:r>
    </w:p>
    <w:p w:rsidR="0006725B" w:rsidRPr="00A1437E" w:rsidRDefault="00641ADC">
      <w:pPr>
        <w:spacing w:before="60" w:after="4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【任務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 xml:space="preserve"> 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2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】進入「樂天詩</w:t>
      </w:r>
      <w:proofErr w:type="gramStart"/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塾</w:t>
      </w:r>
      <w:proofErr w:type="gramEnd"/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」接受白居易抽考，並摘記對話要點：</w:t>
      </w:r>
    </w:p>
    <w:p w:rsidR="0006725B" w:rsidRPr="00A1437E" w:rsidRDefault="00641ADC">
      <w:pPr>
        <w:spacing w:before="40" w:after="50" w:line="288" w:lineRule="auto"/>
        <w:ind w:left="288"/>
        <w:rPr>
          <w:sz w:val="24"/>
          <w:szCs w:val="24"/>
        </w:rPr>
      </w:pPr>
      <w:r w:rsidRPr="00A1437E">
        <w:rPr>
          <w:rFonts w:ascii="Arial" w:eastAsia="微軟正黑體" w:hAnsi="Arial"/>
          <w:b/>
          <w:color w:val="23459A"/>
          <w:sz w:val="24"/>
          <w:szCs w:val="24"/>
        </w:rPr>
        <w:t xml:space="preserve">A. </w:t>
      </w:r>
      <w:r w:rsidRPr="00A1437E">
        <w:rPr>
          <w:rFonts w:ascii="Arial" w:eastAsia="微軟正黑體" w:hAnsi="Arial"/>
          <w:color w:val="333333"/>
          <w:sz w:val="24"/>
          <w:szCs w:val="24"/>
        </w:rPr>
        <w:t>先生抽考的名句：《</w:t>
      </w:r>
      <w:r w:rsidR="00A97595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_________________</w:t>
      </w:r>
      <w:r w:rsidRPr="00A1437E">
        <w:rPr>
          <w:rFonts w:ascii="Arial" w:eastAsia="微軟正黑體" w:hAnsi="Arial"/>
          <w:color w:val="333333"/>
          <w:sz w:val="24"/>
          <w:szCs w:val="24"/>
        </w:rPr>
        <w:t>》「</w:t>
      </w:r>
      <w:r w:rsidR="00A97595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______________________________________</w:t>
      </w:r>
      <w:r w:rsidRPr="00A1437E">
        <w:rPr>
          <w:rFonts w:ascii="Arial" w:eastAsia="微軟正黑體" w:hAnsi="Arial"/>
          <w:color w:val="333333"/>
          <w:sz w:val="24"/>
          <w:szCs w:val="24"/>
        </w:rPr>
        <w:t>」</w:t>
      </w:r>
    </w:p>
    <w:p w:rsidR="0006725B" w:rsidRPr="00A1437E" w:rsidRDefault="00641ADC">
      <w:pPr>
        <w:spacing w:before="20" w:after="60"/>
        <w:ind w:left="288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B.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我的理解與先生點評要點：</w:t>
      </w:r>
      <w:r w:rsidR="00A97595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___________________________________________</w:t>
      </w:r>
      <w:bookmarkStart w:id="0" w:name="_GoBack"/>
      <w:bookmarkEnd w:id="0"/>
    </w:p>
    <w:p w:rsidR="0006725B" w:rsidRPr="00A1437E" w:rsidRDefault="00641ADC">
      <w:pPr>
        <w:spacing w:before="60" w:after="4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【任務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 xml:space="preserve"> 3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】進入「老嫗診斷所」測試一句現代生活隨筆，請先生把脈：</w:t>
      </w:r>
    </w:p>
    <w:p w:rsidR="0006725B" w:rsidRPr="00A97595" w:rsidRDefault="00641ADC" w:rsidP="00A97595">
      <w:pPr>
        <w:spacing w:after="40" w:line="360" w:lineRule="auto"/>
        <w:ind w:firstLine="288"/>
        <w:rPr>
          <w:rFonts w:eastAsia="新細明體" w:hint="eastAsia"/>
          <w:sz w:val="24"/>
          <w:szCs w:val="24"/>
          <w:lang w:eastAsia="zh-TW"/>
        </w:rPr>
      </w:pP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A.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我送測的原句：</w:t>
      </w:r>
      <w:r w:rsidR="00A97595" w:rsidRPr="00A1437E">
        <w:rPr>
          <w:rFonts w:eastAsia="新細明體" w:hint="eastAsia"/>
          <w:sz w:val="24"/>
          <w:szCs w:val="24"/>
          <w:lang w:eastAsia="zh-TW"/>
        </w:rPr>
        <w:t>___________________________________________________________________________</w:t>
      </w:r>
      <w:r w:rsidR="00A97595">
        <w:rPr>
          <w:rFonts w:eastAsia="新細明體" w:hint="eastAsia"/>
          <w:sz w:val="24"/>
          <w:szCs w:val="24"/>
          <w:lang w:eastAsia="zh-TW"/>
        </w:rPr>
        <w:t>。</w:t>
      </w:r>
    </w:p>
    <w:p w:rsidR="0006725B" w:rsidRPr="00A97595" w:rsidRDefault="00641ADC" w:rsidP="00A97595">
      <w:pPr>
        <w:spacing w:before="20" w:after="60"/>
        <w:ind w:left="288"/>
        <w:rPr>
          <w:rFonts w:eastAsia="新細明體" w:hint="eastAsia"/>
          <w:sz w:val="24"/>
          <w:szCs w:val="24"/>
          <w:lang w:eastAsia="zh-TW"/>
        </w:rPr>
      </w:pP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B.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>先生的平易改寫：</w:t>
      </w:r>
      <w:r w:rsidR="00A97595" w:rsidRPr="00A1437E">
        <w:rPr>
          <w:rFonts w:eastAsia="新細明體" w:hint="eastAsia"/>
          <w:sz w:val="24"/>
          <w:szCs w:val="24"/>
          <w:lang w:eastAsia="zh-TW"/>
        </w:rPr>
        <w:t>___________________________________________________________________________</w:t>
      </w:r>
    </w:p>
    <w:p w:rsidR="00A1437E" w:rsidRPr="00A1437E" w:rsidRDefault="00A1437E" w:rsidP="00A1437E">
      <w:pPr>
        <w:keepNext/>
        <w:spacing w:before="140" w:after="6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0B6330"/>
          <w:lang w:eastAsia="zh-TW"/>
        </w:rPr>
        <w:t>5</w:t>
      </w: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0B6330"/>
          <w:lang w:eastAsia="zh-TW"/>
        </w:rPr>
        <w:t xml:space="preserve">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  </w:t>
      </w:r>
      <w:proofErr w:type="gramStart"/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慈烏夜啼</w:t>
      </w:r>
      <w:proofErr w:type="gramEnd"/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 xml:space="preserve"> </w:t>
      </w:r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AI</w:t>
      </w:r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翻譯</w:t>
      </w:r>
    </w:p>
    <w:p w:rsidR="00A1437E" w:rsidRPr="00A97595" w:rsidRDefault="00A1437E" w:rsidP="00A97595">
      <w:pPr>
        <w:spacing w:before="20" w:after="60"/>
        <w:ind w:left="288"/>
        <w:rPr>
          <w:rFonts w:ascii="Arial" w:eastAsia="微軟正黑體" w:hAnsi="Arial"/>
          <w:color w:val="333333"/>
          <w:sz w:val="24"/>
          <w:szCs w:val="24"/>
          <w:lang w:eastAsia="zh-TW"/>
        </w:rPr>
      </w:pPr>
      <w:r w:rsidRPr="00A97595">
        <w:rPr>
          <w:rFonts w:ascii="Arial" w:eastAsia="微軟正黑體" w:hAnsi="Arial"/>
          <w:color w:val="333333"/>
          <w:sz w:val="24"/>
          <w:szCs w:val="24"/>
          <w:lang w:eastAsia="zh-TW"/>
        </w:rPr>
        <w:t>【任務</w:t>
      </w:r>
      <w:r w:rsidRPr="00A97595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 </w:t>
      </w:r>
      <w:r w:rsidRPr="00A97595">
        <w:rPr>
          <w:rFonts w:ascii="Arial" w:eastAsia="微軟正黑體" w:hAnsi="Arial"/>
          <w:color w:val="333333"/>
          <w:sz w:val="24"/>
          <w:szCs w:val="24"/>
          <w:lang w:eastAsia="zh-TW"/>
        </w:rPr>
        <w:t>】</w:t>
      </w:r>
      <w:r w:rsidRPr="00A97595">
        <w:rPr>
          <w:rFonts w:ascii="Arial" w:eastAsia="微軟正黑體" w:hAnsi="Arial" w:hint="eastAsia"/>
          <w:color w:val="333333"/>
          <w:sz w:val="24"/>
          <w:szCs w:val="24"/>
          <w:lang w:eastAsia="zh-TW"/>
        </w:rPr>
        <w:t>請將全文翻譯抄寫在課本上。</w:t>
      </w:r>
    </w:p>
    <w:p w:rsidR="00A1437E" w:rsidRPr="00A1437E" w:rsidRDefault="00A1437E">
      <w:pPr>
        <w:spacing w:after="40"/>
        <w:rPr>
          <w:rFonts w:eastAsia="新細明體"/>
          <w:sz w:val="24"/>
          <w:szCs w:val="24"/>
          <w:lang w:eastAsia="zh-TW"/>
        </w:rPr>
      </w:pPr>
    </w:p>
    <w:p w:rsidR="00A1437E" w:rsidRPr="00A1437E" w:rsidRDefault="00A1437E" w:rsidP="00A1437E">
      <w:pPr>
        <w:keepNext/>
        <w:spacing w:before="140" w:after="6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0B6330"/>
          <w:lang w:eastAsia="zh-TW"/>
        </w:rPr>
        <w:t>6</w:t>
      </w:r>
      <w:r w:rsidRPr="00A1437E">
        <w:rPr>
          <w:rFonts w:ascii="Arial" w:eastAsia="微軟正黑體" w:hAnsi="Arial"/>
          <w:b/>
          <w:color w:val="FFFFFF"/>
          <w:sz w:val="24"/>
          <w:szCs w:val="24"/>
          <w:shd w:val="clear" w:color="auto" w:fill="0B6330"/>
          <w:lang w:eastAsia="zh-TW"/>
        </w:rPr>
        <w:t xml:space="preserve"> </w:t>
      </w:r>
      <w:r w:rsidRPr="00A1437E">
        <w:rPr>
          <w:rFonts w:ascii="Arial" w:eastAsia="微軟正黑體" w:hAnsi="Arial"/>
          <w:color w:val="333333"/>
          <w:sz w:val="24"/>
          <w:szCs w:val="24"/>
          <w:lang w:eastAsia="zh-TW"/>
        </w:rPr>
        <w:t xml:space="preserve">  </w:t>
      </w:r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寄物</w:t>
      </w:r>
      <w:proofErr w:type="gramStart"/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託</w:t>
      </w:r>
      <w:proofErr w:type="gramEnd"/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志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 xml:space="preserve"> </w:t>
      </w:r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AI</w:t>
      </w:r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人機協作</w:t>
      </w:r>
    </w:p>
    <w:p w:rsidR="00A1437E" w:rsidRPr="00A1437E" w:rsidRDefault="00A1437E" w:rsidP="00A1437E">
      <w:pPr>
        <w:spacing w:before="40" w:after="40"/>
        <w:rPr>
          <w:sz w:val="24"/>
          <w:szCs w:val="24"/>
          <w:lang w:eastAsia="zh-TW"/>
        </w:rPr>
      </w:pP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【任務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 xml:space="preserve"> </w:t>
      </w:r>
      <w:r w:rsidRPr="00A1437E">
        <w:rPr>
          <w:rFonts w:ascii="Arial" w:eastAsia="微軟正黑體" w:hAnsi="Arial"/>
          <w:b/>
          <w:color w:val="0B6330"/>
          <w:sz w:val="24"/>
          <w:szCs w:val="24"/>
          <w:lang w:eastAsia="zh-TW"/>
        </w:rPr>
        <w:t>】</w:t>
      </w:r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古人作詩，最講究「寄物</w:t>
      </w:r>
      <w:proofErr w:type="gramStart"/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託</w:t>
      </w:r>
      <w:proofErr w:type="gramEnd"/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志」</w:t>
      </w:r>
      <w:proofErr w:type="gramStart"/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——借眼</w:t>
      </w:r>
      <w:proofErr w:type="gramEnd"/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中</w:t>
      </w:r>
      <w:proofErr w:type="gramStart"/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一</w:t>
      </w:r>
      <w:proofErr w:type="gramEnd"/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物，抒心中萬般志向與哲理</w:t>
      </w:r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。</w:t>
      </w:r>
      <w:r w:rsidRPr="00A1437E">
        <w:rPr>
          <w:rFonts w:ascii="Arial" w:eastAsia="微軟正黑體" w:hAnsi="Arial" w:hint="eastAsia"/>
          <w:b/>
          <w:color w:val="0B6330"/>
          <w:sz w:val="24"/>
          <w:szCs w:val="24"/>
          <w:lang w:eastAsia="zh-TW"/>
        </w:rPr>
        <w:t>請將你和白居易一同創作「老嫗能解」的四句詩</w:t>
      </w:r>
    </w:p>
    <w:p w:rsidR="00A1437E" w:rsidRPr="00A1437E" w:rsidRDefault="00A1437E" w:rsidP="00A1437E">
      <w:pPr>
        <w:pStyle w:val="ae"/>
        <w:numPr>
          <w:ilvl w:val="0"/>
          <w:numId w:val="10"/>
        </w:numPr>
        <w:spacing w:before="40" w:after="50" w:line="288" w:lineRule="auto"/>
        <w:rPr>
          <w:rFonts w:eastAsia="新細明體"/>
          <w:sz w:val="24"/>
          <w:szCs w:val="24"/>
          <w:lang w:eastAsia="zh-TW"/>
        </w:rPr>
      </w:pPr>
      <w:r w:rsidRPr="00A1437E">
        <w:rPr>
          <w:rFonts w:eastAsia="新細明體" w:hint="eastAsia"/>
          <w:sz w:val="24"/>
          <w:szCs w:val="24"/>
          <w:lang w:eastAsia="zh-TW"/>
        </w:rPr>
        <w:t>你選哪一「物」？</w:t>
      </w:r>
      <w:r w:rsidRPr="00A1437E">
        <w:rPr>
          <w:rFonts w:eastAsia="新細明體" w:hint="eastAsia"/>
          <w:sz w:val="24"/>
          <w:szCs w:val="24"/>
          <w:lang w:eastAsia="zh-TW"/>
        </w:rPr>
        <w:t>___________________</w:t>
      </w:r>
      <w:r w:rsidRPr="00A1437E">
        <w:rPr>
          <w:rFonts w:eastAsia="新細明體" w:hint="eastAsia"/>
          <w:sz w:val="24"/>
          <w:szCs w:val="24"/>
          <w:lang w:eastAsia="zh-TW"/>
        </w:rPr>
        <w:t>。</w:t>
      </w:r>
    </w:p>
    <w:p w:rsidR="00A1437E" w:rsidRPr="00A1437E" w:rsidRDefault="00A1437E" w:rsidP="00A1437E">
      <w:pPr>
        <w:pStyle w:val="ae"/>
        <w:numPr>
          <w:ilvl w:val="0"/>
          <w:numId w:val="10"/>
        </w:numPr>
        <w:spacing w:before="40" w:after="50" w:line="288" w:lineRule="auto"/>
        <w:rPr>
          <w:rFonts w:eastAsia="新細明體"/>
          <w:sz w:val="24"/>
          <w:szCs w:val="24"/>
          <w:lang w:eastAsia="zh-TW"/>
        </w:rPr>
      </w:pPr>
      <w:r w:rsidRPr="00A1437E">
        <w:rPr>
          <w:rFonts w:eastAsia="新細明體" w:hint="eastAsia"/>
          <w:sz w:val="24"/>
          <w:szCs w:val="24"/>
          <w:lang w:eastAsia="zh-TW"/>
        </w:rPr>
        <w:t>你欲藉此物傳達何種志向或哲理？</w:t>
      </w:r>
      <w:r w:rsidRPr="00A1437E">
        <w:rPr>
          <w:rFonts w:eastAsia="新細明體" w:hint="eastAsia"/>
          <w:sz w:val="24"/>
          <w:szCs w:val="24"/>
          <w:lang w:eastAsia="zh-TW"/>
        </w:rPr>
        <w:t>________________________________</w:t>
      </w:r>
      <w:r w:rsidRPr="00A1437E">
        <w:rPr>
          <w:rFonts w:eastAsia="新細明體" w:hint="eastAsia"/>
          <w:sz w:val="24"/>
          <w:szCs w:val="24"/>
          <w:lang w:eastAsia="zh-TW"/>
        </w:rPr>
        <w:t>。</w:t>
      </w:r>
    </w:p>
    <w:p w:rsidR="00A1437E" w:rsidRPr="00A1437E" w:rsidRDefault="00A1437E" w:rsidP="00A97595">
      <w:pPr>
        <w:pStyle w:val="ae"/>
        <w:numPr>
          <w:ilvl w:val="0"/>
          <w:numId w:val="10"/>
        </w:numPr>
        <w:spacing w:before="40" w:after="50" w:line="360" w:lineRule="auto"/>
        <w:rPr>
          <w:rFonts w:eastAsia="新細明體" w:hint="eastAsia"/>
          <w:sz w:val="24"/>
          <w:szCs w:val="24"/>
          <w:lang w:eastAsia="zh-TW"/>
        </w:rPr>
      </w:pPr>
      <w:r w:rsidRPr="00A1437E">
        <w:rPr>
          <w:rFonts w:eastAsia="新細明體" w:hint="eastAsia"/>
          <w:sz w:val="24"/>
          <w:szCs w:val="24"/>
          <w:lang w:eastAsia="zh-TW"/>
        </w:rPr>
        <w:t>人機協作的四句詩是：</w:t>
      </w:r>
    </w:p>
    <w:p w:rsidR="00A1437E" w:rsidRPr="00A1437E" w:rsidRDefault="00A1437E" w:rsidP="00A97595">
      <w:pPr>
        <w:spacing w:after="40" w:line="360" w:lineRule="auto"/>
        <w:ind w:left="360"/>
        <w:jc w:val="center"/>
        <w:rPr>
          <w:rFonts w:eastAsia="新細明體"/>
          <w:sz w:val="24"/>
          <w:szCs w:val="24"/>
          <w:lang w:eastAsia="zh-TW"/>
        </w:rPr>
      </w:pPr>
      <w:r w:rsidRPr="00A1437E">
        <w:rPr>
          <w:rFonts w:eastAsia="新細明體" w:hint="eastAsia"/>
          <w:sz w:val="24"/>
          <w:szCs w:val="24"/>
          <w:lang w:eastAsia="zh-TW"/>
        </w:rPr>
        <w:t>_______________________________</w:t>
      </w:r>
      <w:r w:rsidRPr="00A1437E">
        <w:rPr>
          <w:rFonts w:eastAsia="新細明體" w:hint="eastAsia"/>
          <w:sz w:val="24"/>
          <w:szCs w:val="24"/>
          <w:lang w:eastAsia="zh-TW"/>
        </w:rPr>
        <w:t>__________________________________________________________</w:t>
      </w:r>
      <w:r w:rsidRPr="00A1437E">
        <w:rPr>
          <w:rFonts w:eastAsia="新細明體" w:hint="eastAsia"/>
          <w:sz w:val="24"/>
          <w:szCs w:val="24"/>
          <w:lang w:eastAsia="zh-TW"/>
        </w:rPr>
        <w:t>，</w:t>
      </w:r>
    </w:p>
    <w:p w:rsidR="00A1437E" w:rsidRPr="00A1437E" w:rsidRDefault="00A1437E" w:rsidP="00A97595">
      <w:pPr>
        <w:spacing w:after="40" w:line="360" w:lineRule="auto"/>
        <w:ind w:left="360"/>
        <w:jc w:val="center"/>
        <w:rPr>
          <w:rFonts w:eastAsia="新細明體"/>
          <w:sz w:val="24"/>
          <w:szCs w:val="24"/>
          <w:lang w:eastAsia="zh-TW"/>
        </w:rPr>
      </w:pPr>
      <w:r w:rsidRPr="00A1437E">
        <w:rPr>
          <w:rFonts w:eastAsia="新細明體" w:hint="eastAsia"/>
          <w:sz w:val="24"/>
          <w:szCs w:val="24"/>
          <w:lang w:eastAsia="zh-TW"/>
        </w:rPr>
        <w:t>_________________________________________________________________________________________</w:t>
      </w:r>
      <w:r w:rsidRPr="00A1437E">
        <w:rPr>
          <w:rFonts w:eastAsia="新細明體" w:hint="eastAsia"/>
          <w:sz w:val="24"/>
          <w:szCs w:val="24"/>
          <w:lang w:eastAsia="zh-TW"/>
        </w:rPr>
        <w:t>。</w:t>
      </w:r>
    </w:p>
    <w:p w:rsidR="00A1437E" w:rsidRPr="00A1437E" w:rsidRDefault="00A1437E" w:rsidP="00A97595">
      <w:pPr>
        <w:spacing w:after="40" w:line="360" w:lineRule="auto"/>
        <w:ind w:left="360"/>
        <w:jc w:val="center"/>
        <w:rPr>
          <w:rFonts w:eastAsia="新細明體"/>
          <w:sz w:val="24"/>
          <w:szCs w:val="24"/>
          <w:lang w:eastAsia="zh-TW"/>
        </w:rPr>
      </w:pPr>
      <w:r w:rsidRPr="00A1437E">
        <w:rPr>
          <w:rFonts w:eastAsia="新細明體" w:hint="eastAsia"/>
          <w:sz w:val="24"/>
          <w:szCs w:val="24"/>
          <w:lang w:eastAsia="zh-TW"/>
        </w:rPr>
        <w:t>_________________________________________________________________________________________</w:t>
      </w:r>
      <w:r w:rsidRPr="00A1437E">
        <w:rPr>
          <w:rFonts w:eastAsia="新細明體" w:hint="eastAsia"/>
          <w:sz w:val="24"/>
          <w:szCs w:val="24"/>
          <w:lang w:eastAsia="zh-TW"/>
        </w:rPr>
        <w:t>，</w:t>
      </w:r>
    </w:p>
    <w:p w:rsidR="00A1437E" w:rsidRPr="00A1437E" w:rsidRDefault="00A1437E" w:rsidP="00A97595">
      <w:pPr>
        <w:spacing w:after="40" w:line="360" w:lineRule="auto"/>
        <w:ind w:left="360"/>
        <w:jc w:val="center"/>
        <w:rPr>
          <w:rFonts w:eastAsia="新細明體"/>
          <w:sz w:val="24"/>
          <w:szCs w:val="24"/>
          <w:lang w:eastAsia="zh-TW"/>
        </w:rPr>
      </w:pPr>
      <w:r w:rsidRPr="00A1437E">
        <w:rPr>
          <w:rFonts w:eastAsia="新細明體" w:hint="eastAsia"/>
          <w:sz w:val="24"/>
          <w:szCs w:val="24"/>
          <w:lang w:eastAsia="zh-TW"/>
        </w:rPr>
        <w:t>_________________________________________________________________________________________</w:t>
      </w:r>
      <w:r w:rsidRPr="00A1437E">
        <w:rPr>
          <w:rFonts w:eastAsia="新細明體" w:hint="eastAsia"/>
          <w:sz w:val="24"/>
          <w:szCs w:val="24"/>
          <w:lang w:eastAsia="zh-TW"/>
        </w:rPr>
        <w:t>。</w:t>
      </w:r>
    </w:p>
    <w:p w:rsidR="00A1437E" w:rsidRPr="00A1437E" w:rsidRDefault="00A1437E" w:rsidP="00A1437E">
      <w:pPr>
        <w:spacing w:after="40"/>
        <w:ind w:left="360"/>
        <w:rPr>
          <w:rFonts w:eastAsia="新細明體" w:hint="eastAsia"/>
          <w:sz w:val="24"/>
          <w:szCs w:val="24"/>
          <w:lang w:eastAsia="zh-TW"/>
        </w:rPr>
      </w:pPr>
    </w:p>
    <w:sectPr w:rsidR="00A1437E" w:rsidRPr="00A1437E" w:rsidSect="00034616">
      <w:footerReference w:type="default" r:id="rId8"/>
      <w:pgSz w:w="11909" w:h="16834"/>
      <w:pgMar w:top="850" w:right="1022" w:bottom="850" w:left="10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41ADC" w:rsidRDefault="00641ADC" w:rsidP="00A1437E">
      <w:pPr>
        <w:spacing w:after="0" w:line="240" w:lineRule="auto"/>
      </w:pPr>
      <w:r>
        <w:separator/>
      </w:r>
    </w:p>
  </w:endnote>
  <w:endnote w:type="continuationSeparator" w:id="0">
    <w:p w:rsidR="00641ADC" w:rsidRDefault="00641ADC" w:rsidP="00A143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24172383"/>
      <w:docPartObj>
        <w:docPartGallery w:val="Page Numbers (Bottom of Page)"/>
        <w:docPartUnique/>
      </w:docPartObj>
    </w:sdtPr>
    <w:sdtContent>
      <w:p w:rsidR="00A1437E" w:rsidRDefault="00A1437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 w:eastAsia="zh-TW"/>
          </w:rPr>
          <w:t>2</w:t>
        </w:r>
        <w:r>
          <w:fldChar w:fldCharType="end"/>
        </w:r>
      </w:p>
    </w:sdtContent>
  </w:sdt>
  <w:p w:rsidR="00A1437E" w:rsidRDefault="00A1437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41ADC" w:rsidRDefault="00641ADC" w:rsidP="00A1437E">
      <w:pPr>
        <w:spacing w:after="0" w:line="240" w:lineRule="auto"/>
      </w:pPr>
      <w:r>
        <w:separator/>
      </w:r>
    </w:p>
  </w:footnote>
  <w:footnote w:type="continuationSeparator" w:id="0">
    <w:p w:rsidR="00641ADC" w:rsidRDefault="00641ADC" w:rsidP="00A1437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EB261EB"/>
    <w:multiLevelType w:val="hybridMultilevel"/>
    <w:tmpl w:val="FF285A26"/>
    <w:lvl w:ilvl="0" w:tplc="441EA16A">
      <w:start w:val="1"/>
      <w:numFmt w:val="decimal"/>
      <w:lvlText w:val="%1."/>
      <w:lvlJc w:val="left"/>
      <w:pPr>
        <w:ind w:left="720" w:hanging="360"/>
      </w:pPr>
      <w:rPr>
        <w:rFonts w:ascii="Arial" w:eastAsia="微軟正黑體" w:hAnsi="Arial" w:hint="default"/>
        <w:b/>
        <w:color w:val="23459A"/>
        <w:sz w:val="21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6725B"/>
    <w:rsid w:val="0015074B"/>
    <w:rsid w:val="0029639D"/>
    <w:rsid w:val="00326F90"/>
    <w:rsid w:val="00641ADC"/>
    <w:rsid w:val="00A1437E"/>
    <w:rsid w:val="00A9759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EAE561"/>
  <w14:defaultImageDpi w14:val="300"/>
  <w15:docId w15:val="{BE9915E5-388F-402D-8E11-134D1CF8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DED281D-C443-401C-A61A-C0BAB7EE64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蕭老師</cp:lastModifiedBy>
  <cp:revision>3</cp:revision>
  <cp:lastPrinted>2026-09-21T01:02:00Z</cp:lastPrinted>
  <dcterms:created xsi:type="dcterms:W3CDTF">2013-12-23T23:15:00Z</dcterms:created>
  <dcterms:modified xsi:type="dcterms:W3CDTF">2026-09-21T01:05:00Z</dcterms:modified>
  <cp:category/>
</cp:coreProperties>
</file>